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B3FA97" w14:textId="77777777" w:rsidR="002B6931" w:rsidRPr="004518DF" w:rsidRDefault="007C17EE">
      <w:pPr>
        <w:rPr>
          <w:color w:val="4F81BD" w:themeColor="accent1"/>
          <w:sz w:val="28"/>
          <w:szCs w:val="28"/>
        </w:rPr>
      </w:pPr>
      <w:r w:rsidRPr="004518DF">
        <w:rPr>
          <w:color w:val="4F81BD" w:themeColor="accent1"/>
          <w:sz w:val="28"/>
          <w:szCs w:val="28"/>
        </w:rPr>
        <w:t xml:space="preserve">Discussion with Kwesi Rollins &amp; David Osher Part </w:t>
      </w:r>
      <w:proofErr w:type="gramStart"/>
      <w:r w:rsidRPr="004518DF">
        <w:rPr>
          <w:color w:val="4F81BD" w:themeColor="accent1"/>
          <w:sz w:val="28"/>
          <w:szCs w:val="28"/>
        </w:rPr>
        <w:t>H..</w:t>
      </w:r>
      <w:proofErr w:type="gramEnd"/>
    </w:p>
    <w:p w14:paraId="73A165DE" w14:textId="77777777" w:rsidR="002B6931" w:rsidRDefault="007C17EE">
      <w:r>
        <w:t>[00:00:00] David Osher: Our conversations in this episode have already shown what aligned support can look like, a trusted adult who stays, interventions fitted to the child and context, and teams that remain responsible when needs are complex.</w:t>
      </w:r>
    </w:p>
    <w:p w14:paraId="11CDEEE3" w14:textId="77777777" w:rsidR="002B6931" w:rsidRDefault="007C17EE">
      <w:r>
        <w:t>Kwesi Rollins ask a related harder question: Who holds power inside those arrangements, and how do we know whether community engagement and family and youth voice are real rather than just claimed?</w:t>
      </w:r>
    </w:p>
    <w:p w14:paraId="245229E5" w14:textId="77777777" w:rsidR="002B6931" w:rsidRDefault="007C17EE">
      <w:r>
        <w:t xml:space="preserve">Kwesi has spent decades working at the intersection of family and community engagement, leadership development, and cross-sector collaboration </w:t>
      </w:r>
      <w:r>
        <w:br/>
        <w:t>Like John Lochman, who taught us not to only focus on the behavior visible in the moment, Kwesi asks us not to trust the values an institution claims for itself.</w:t>
      </w:r>
    </w:p>
    <w:p w14:paraId="7F1E0F34" w14:textId="77777777" w:rsidR="002B6931" w:rsidRDefault="007C17EE">
      <w:r>
        <w:t>He starts from a favorite image of his own: stop 10 superintendents on the street and ask whether family engagement matters, and 10 out of 10 will say yes.</w:t>
      </w:r>
    </w:p>
    <w:p w14:paraId="3F3A3600" w14:textId="77777777" w:rsidR="002B6931" w:rsidRDefault="007C17EE">
      <w:r>
        <w:t>The real evidence, he tells [00:01:00] us, is elsewhere, in budgets, staffing, cabinet meetings, and membership, meeting times, language access, and what actually happens when a family disagrees with the professionals in the room For CWASI, community engagement is a capacity, not just a set of individual skills.</w:t>
      </w:r>
    </w:p>
    <w:p w14:paraId="37367E6F" w14:textId="77777777" w:rsidR="002B6931" w:rsidRDefault="007C17EE">
      <w:r>
        <w:t>Organizations must provide the time, structure, authority, and support that let people use those skills well.</w:t>
      </w:r>
    </w:p>
    <w:p w14:paraId="409D3966" w14:textId="77777777" w:rsidR="002B6931" w:rsidRDefault="007C17EE">
      <w:r>
        <w:t>A meeting scheduled during a parent's second job is not accessible.</w:t>
      </w:r>
    </w:p>
    <w:p w14:paraId="6AAFC60F" w14:textId="77777777" w:rsidR="002B6931" w:rsidRDefault="007C17EE">
      <w:r>
        <w:t>An interpreter cannot help if professionals are speaking in jargon that cannot be translated.</w:t>
      </w:r>
    </w:p>
    <w:p w14:paraId="744E1CA4" w14:textId="77777777" w:rsidR="002B6931" w:rsidRDefault="007C17EE">
      <w:r>
        <w:t>A young person given a seat on a board has not been empowered if the discussion is incomprehensible and no one supports their participation</w:t>
      </w:r>
      <w:r>
        <w:br/>
        <w:t xml:space="preserve"> One of Kwesi's most useful ideas is about leveraging position.</w:t>
      </w:r>
    </w:p>
    <w:p w14:paraId="73ADAEB2" w14:textId="77777777" w:rsidR="002B6931" w:rsidRDefault="007C17EE">
      <w:r>
        <w:t>Every role comes with limits, but also with real opportunities to act.</w:t>
      </w:r>
    </w:p>
    <w:p w14:paraId="6913CAE3" w14:textId="77777777" w:rsidR="002B6931" w:rsidRDefault="007C17EE">
      <w:r>
        <w:t>Kwesi describes a moment when he noticed that interpreters had quietly stopped translating [00:02:00] because a meeting had drifted into jargon.</w:t>
      </w:r>
    </w:p>
    <w:p w14:paraId="375B59C8" w14:textId="77777777" w:rsidR="002B6931" w:rsidRDefault="007C17EE">
      <w:r>
        <w:t>He used his position to stop the discussion, name what was happening, and bring everyone back in.</w:t>
      </w:r>
    </w:p>
    <w:p w14:paraId="46901609" w14:textId="77777777" w:rsidR="002B6931" w:rsidRDefault="007C17EE">
      <w:r>
        <w:t>The moment was small, but it shows what inclusion actually requires: attention, authority, and a willingness to interrupt normal procedure.</w:t>
      </w:r>
    </w:p>
    <w:p w14:paraId="20AA42F2" w14:textId="77777777" w:rsidR="002B6931" w:rsidRDefault="007C17EE">
      <w:r>
        <w:t xml:space="preserve">Kwesi is just as clear that speaking up is not automatically helpful, and that reflective practitioners ask whether their intervention was too forceful, too hesitant, or displaced </w:t>
      </w:r>
      <w:r>
        <w:lastRenderedPageBreak/>
        <w:t>somebody else's voice</w:t>
      </w:r>
      <w:r>
        <w:br/>
        <w:t>.</w:t>
      </w:r>
    </w:p>
    <w:p w14:paraId="3ED6F211" w14:textId="77777777" w:rsidR="002B6931" w:rsidRDefault="007C17EE">
      <w:r>
        <w:t>Kwesi grounds all of this in example.</w:t>
      </w:r>
    </w:p>
    <w:p w14:paraId="571139D6" w14:textId="77777777" w:rsidR="002B6931" w:rsidRDefault="007C17EE">
      <w:r>
        <w:t>The homework diner, a dinner hosted right at the school, funded and staffed by community partners rather than the school itself, where families eat together and do the homework with their kids in the same room The idea took hold years ago after a skeptical principal touring a district that had already figured it out asked the obvious question: How [00:03:00] do you pay for the food when the school cannot legally buy it?</w:t>
      </w:r>
    </w:p>
    <w:p w14:paraId="4AE4A168" w14:textId="77777777" w:rsidR="002B6931" w:rsidRDefault="007C17EE">
      <w:r>
        <w:t>The answer was simple.</w:t>
      </w:r>
    </w:p>
    <w:p w14:paraId="4010E461" w14:textId="77777777" w:rsidR="002B6931" w:rsidRDefault="007C17EE">
      <w:r>
        <w:t>That's what partners are for.</w:t>
      </w:r>
    </w:p>
    <w:p w14:paraId="63162FA8" w14:textId="77777777" w:rsidR="002B6931" w:rsidRDefault="007C17EE">
      <w:r>
        <w:t>This is not simply a successful family event.</w:t>
      </w:r>
    </w:p>
    <w:p w14:paraId="652F38BD" w14:textId="77777777" w:rsidR="002B6931" w:rsidRDefault="007C17EE">
      <w:r>
        <w:t>It shows what supported community engagement capacity looks like in practice.</w:t>
      </w:r>
    </w:p>
    <w:p w14:paraId="5FA09C66" w14:textId="77777777" w:rsidR="002B6931" w:rsidRDefault="007C17EE">
      <w:r>
        <w:t>Partners pooling funds and roles, removing logistical barriers, and creating a setting where families experience one coherent response without needing to know which funding stream paid for the meal or which partner supplied the staff.</w:t>
      </w:r>
    </w:p>
    <w:p w14:paraId="2F9CEAEB" w14:textId="77777777" w:rsidR="002B6931" w:rsidRDefault="007C17EE">
      <w:r>
        <w:t>Listen to the test quasi applies throughout, and notice where you may apply it yourself.</w:t>
      </w:r>
    </w:p>
    <w:p w14:paraId="31ED087F" w14:textId="77777777" w:rsidR="002B6931" w:rsidRDefault="007C17EE">
      <w:r>
        <w:t>Do our values show up in how we organize?</w:t>
      </w:r>
    </w:p>
    <w:p w14:paraId="6D6BC2C8" w14:textId="77777777" w:rsidR="002B6931" w:rsidRDefault="007C17EE">
      <w:r>
        <w:t>Are people merely invited or genuinely enabled to participate?</w:t>
      </w:r>
    </w:p>
    <w:p w14:paraId="5A1C59E8" w14:textId="77777777" w:rsidR="002B6931" w:rsidRDefault="007C17EE">
      <w:r>
        <w:t>Do we use our position to open space for others?</w:t>
      </w:r>
    </w:p>
    <w:p w14:paraId="0CB1FEAA" w14:textId="77777777" w:rsidR="002B6931" w:rsidRDefault="007C17EE">
      <w:r>
        <w:t>And are we willing to change our own behavior when reflection shows that our practice falls short of our principles?</w:t>
      </w:r>
    </w:p>
    <w:p w14:paraId="23836A05" w14:textId="77777777" w:rsidR="002B6931" w:rsidRDefault="007C17EE">
      <w:r>
        <w:t xml:space="preserve">[00:04:00] </w:t>
      </w:r>
      <w:r>
        <w:br/>
        <w:t>[00:04:07] David Osher: Welcome, Kwesi.</w:t>
      </w:r>
    </w:p>
    <w:p w14:paraId="03870661" w14:textId="77777777" w:rsidR="002B6931" w:rsidRDefault="007C17EE">
      <w:r>
        <w:t>It is such a pleasure to have you with me.</w:t>
      </w:r>
    </w:p>
    <w:p w14:paraId="6E0C726E" w14:textId="77777777" w:rsidR="002B6931" w:rsidRDefault="007C17EE">
      <w:r>
        <w:t>I've really learned so much from you over the course of the last 25 years as we've had the good fortune of working together in different ways.</w:t>
      </w:r>
    </w:p>
    <w:p w14:paraId="6E8ED2D4" w14:textId="77777777" w:rsidR="002B6931" w:rsidRDefault="007C17EE">
      <w:r>
        <w:t>And one of the things that I've really appreciated in your vision from the beginning is your understanding, appreciation of, and commitment to the importance of- Working with families and young people in what I would call a family and youth-driven manner.</w:t>
      </w:r>
    </w:p>
    <w:p w14:paraId="783B0C5E" w14:textId="77777777" w:rsidR="002B6931" w:rsidRDefault="007C17EE">
      <w:r>
        <w:t>And while I've written about it, I want people to hear your sense of both how we should be working with families and young people, and how you would frame it.</w:t>
      </w:r>
    </w:p>
    <w:p w14:paraId="0C566E02" w14:textId="77777777" w:rsidR="002B6931" w:rsidRDefault="007C17EE">
      <w:r>
        <w:lastRenderedPageBreak/>
        <w:t>[00:04:56] S.</w:t>
      </w:r>
    </w:p>
    <w:p w14:paraId="6AC6FFF1" w14:textId="77777777" w:rsidR="002B6931" w:rsidRDefault="007C17EE">
      <w:r>
        <w:t>Kwesi Rollins: It seems like a, a question that should be easy to ask, and yet there's a lot of [00:05:00] complexity.</w:t>
      </w:r>
    </w:p>
    <w:p w14:paraId="6F55A9BF" w14:textId="77777777" w:rsidR="002B6931" w:rsidRDefault="007C17EE">
      <w:r>
        <w:t>I think the language that I have now, I didn't have back in the day.</w:t>
      </w:r>
    </w:p>
    <w:p w14:paraId="445E057D" w14:textId="77777777" w:rsidR="002B6931" w:rsidRDefault="007C17EE">
      <w:r>
        <w:t>I think it just came from kind of a, a tradition that valued community, a tradition that perhaps was passed on by my parents just in terms of their own stories and their own activity in their church and in their community, and knowing that they made a difference.</w:t>
      </w:r>
    </w:p>
    <w:p w14:paraId="6605650C" w14:textId="77777777" w:rsidR="002B6931" w:rsidRDefault="007C17EE">
      <w:r>
        <w:t>That made a difference.</w:t>
      </w:r>
    </w:p>
    <w:p w14:paraId="780278FD" w14:textId="77777777" w:rsidR="002B6931" w:rsidRDefault="007C17EE">
      <w:r>
        <w:t>Those relationships made a difference, even be- for long before we had the studies and the language and the frameworks and the diagrams.</w:t>
      </w:r>
    </w:p>
    <w:p w14:paraId="11E876E0" w14:textId="77777777" w:rsidR="002B6931" w:rsidRDefault="007C17EE">
      <w:r>
        <w:t>There's kind of a deep level of knowing that sometimes we get with regard to that.</w:t>
      </w:r>
    </w:p>
    <w:p w14:paraId="1E2537AF" w14:textId="77777777" w:rsidR="002B6931" w:rsidRDefault="007C17EE">
      <w:r>
        <w:t>So I've had the privilege to act on that directly throughout my career.</w:t>
      </w:r>
    </w:p>
    <w:p w14:paraId="14D5F2EB" w14:textId="77777777" w:rsidR="002B6931" w:rsidRDefault="007C17EE">
      <w:r>
        <w:t>Although, for a minute there, when I was a really young man, I wasn't quite sure what to do with all that energy and all that anger that I had coming up.</w:t>
      </w:r>
    </w:p>
    <w:p w14:paraId="6ED4D9A4" w14:textId="77777777" w:rsidR="002B6931" w:rsidRDefault="007C17EE">
      <w:r>
        <w:t>But once it got directed toward community and family and voice and kinda honoring that, and frankly, using my own positioning.</w:t>
      </w:r>
    </w:p>
    <w:p w14:paraId="76AE5239" w14:textId="77777777" w:rsidR="002B6931" w:rsidRDefault="007C17EE">
      <w:r>
        <w:t>Now, to piggyback off of sports, we use things like your platform, people using their [00:06:00] platforms.</w:t>
      </w:r>
    </w:p>
    <w:p w14:paraId="18955942" w14:textId="77777777" w:rsidR="002B6931" w:rsidRDefault="007C17EE">
      <w:r>
        <w:t>I didn't, there was, we didn't have platforms back in the day, but basically you had positioning, and sometimes you could use your positioning to help others who didn't have positioning get their voices heard.</w:t>
      </w:r>
    </w:p>
    <w:p w14:paraId="348DF8E4" w14:textId="77777777" w:rsidR="002B6931" w:rsidRDefault="007C17EE">
      <w:r>
        <w:t>And so I kinda came up through that tradition.</w:t>
      </w:r>
    </w:p>
    <w:p w14:paraId="45921A58" w14:textId="77777777" w:rsidR="002B6931" w:rsidRDefault="007C17EE">
      <w:r>
        <w:t>I grew up through that tradition.</w:t>
      </w:r>
    </w:p>
    <w:p w14:paraId="110981CE" w14:textId="77777777" w:rsidR="002B6931" w:rsidRDefault="007C17EE">
      <w:r>
        <w:t>And then as I gained more skills as a practitioner, gained theoretical knowledge through, through my studies, et cetera, that kinda helped back it up, so I not only had some of the skills and the innate ability to do that, but I also had a deeper understanding of why it was important.</w:t>
      </w:r>
    </w:p>
    <w:p w14:paraId="34C57B87" w14:textId="77777777" w:rsidR="002B6931" w:rsidRDefault="007C17EE">
      <w:r>
        <w:t>And so these days, the way I talk about it is really understanding that doing this kind of work well is a capacity.</w:t>
      </w:r>
    </w:p>
    <w:p w14:paraId="1720ACA8" w14:textId="77777777" w:rsidR="002B6931" w:rsidRDefault="007C17EE">
      <w:r>
        <w:t>And you...</w:t>
      </w:r>
    </w:p>
    <w:p w14:paraId="5B8C6EDD" w14:textId="77777777" w:rsidR="002B6931" w:rsidRDefault="007C17EE">
      <w:r>
        <w:lastRenderedPageBreak/>
        <w:t>And just like everything is, you can't just rely on people's kinda innate ability, but you really can help people learn how to do these things better.</w:t>
      </w:r>
    </w:p>
    <w:p w14:paraId="3585F937" w14:textId="77777777" w:rsidR="002B6931" w:rsidRDefault="007C17EE">
      <w:r>
        <w:t>And we've got to do that kind of work with a lot of intention, because a lot of folks, [00:07:00] particularly going back to this idea of positioning, a lot of folks in positions could be doing more, and they often have a big gap between their espoused values and their actual practice, their actual behavior.</w:t>
      </w:r>
    </w:p>
    <w:p w14:paraId="6FB68027" w14:textId="77777777" w:rsidR="002B6931" w:rsidRDefault="007C17EE">
      <w:r>
        <w:t>And that's where a lot of I, I consider my work, our work, as a national intermediary is my work.</w:t>
      </w:r>
    </w:p>
    <w:p w14:paraId="475F5BD1" w14:textId="77777777" w:rsidR="002B6931" w:rsidRDefault="007C17EE">
      <w:r>
        <w:t>I've been mostly in a, in an intermediary kind of setting for most of my career, is really to bridge that gap between espoused value and behavior and practice.</w:t>
      </w:r>
    </w:p>
    <w:p w14:paraId="30524050" w14:textId="77777777" w:rsidR="002B6931" w:rsidRDefault="007C17EE">
      <w:r>
        <w:t>And so it's not enough just to believe That we should engage families.</w:t>
      </w:r>
    </w:p>
    <w:p w14:paraId="5E79F94E" w14:textId="77777777" w:rsidR="002B6931" w:rsidRDefault="007C17EE">
      <w:r>
        <w:t>It's not enough to believe we should engage students, but we've actually gotta do some things .</w:t>
      </w:r>
    </w:p>
    <w:p w14:paraId="085E00AD" w14:textId="77777777" w:rsidR="002B6931" w:rsidRDefault="007C17EE">
      <w:r>
        <w:t>And we've gotta also back that up.</w:t>
      </w:r>
    </w:p>
    <w:p w14:paraId="194CB070" w14:textId="77777777" w:rsidR="002B6931" w:rsidRDefault="007C17EE">
      <w:r>
        <w:t>So if you stop 10 superintendents on the street and ask them if they believe engaging families is good, almost all, 10 out of 10 will say yes.</w:t>
      </w:r>
    </w:p>
    <w:p w14:paraId="2E196605" w14:textId="77777777" w:rsidR="002B6931" w:rsidRDefault="007C17EE">
      <w:r>
        <w:t>But then when you examine their budgets, their structures, their [00:08:00] who's on their cabinet, if you examine, if you go into the nitty-gritty, you'll find this huge gap between their espoused value; yes, they do believe it's important to engage families, but they're not organized to do that, and they don't have a deep enough understanding of why it's a good idea to do that to achieve some of these other goals that they have to achieve.</w:t>
      </w:r>
    </w:p>
    <w:p w14:paraId="1F6BA389" w14:textId="77777777" w:rsidR="002B6931" w:rsidRDefault="007C17EE">
      <w:r>
        <w:t>[00:08:22] David Osher: You raise both important issues regarding capacity, and also about positioning.</w:t>
      </w:r>
    </w:p>
    <w:p w14:paraId="7F6D90D0" w14:textId="77777777" w:rsidR="002B6931" w:rsidRDefault="007C17EE">
      <w:r>
        <w:t>So let me go further with positioning</w:t>
      </w:r>
      <w:r>
        <w:br/>
        <w:t>I remember reading, and I reviewed it, so I now remember it more, a piece that you were part of that was done for the Office of Juvenile Justice and Delinquency Prevention back in 2001 or 2002.</w:t>
      </w:r>
    </w:p>
    <w:p w14:paraId="295977CC" w14:textId="77777777" w:rsidR="002B6931" w:rsidRDefault="007C17EE">
      <w:r>
        <w:t>And one of the things you importantly talked about in this planning guide was the importance of asset mapping.</w:t>
      </w:r>
    </w:p>
    <w:p w14:paraId="685586BA" w14:textId="77777777" w:rsidR="002B6931" w:rsidRDefault="007C17EE">
      <w:r>
        <w:t>Asset mapping [00:09:00] has a whole bunch of different roots, but one of its roots goes to the work that John McKnight and Jody Kretzmann did at Northwestern.</w:t>
      </w:r>
    </w:p>
    <w:p w14:paraId="341E818F" w14:textId="77777777" w:rsidR="002B6931" w:rsidRDefault="007C17EE">
      <w:r>
        <w:t>And I want to invoke an article, a chapter that John, the late John McKnight, had written in the nine- 18- 1970s that was really important.</w:t>
      </w:r>
    </w:p>
    <w:p w14:paraId="115D2BAF" w14:textId="77777777" w:rsidR="002B6931" w:rsidRDefault="007C17EE">
      <w:r>
        <w:lastRenderedPageBreak/>
        <w:t>It was framed Professionalized Services and Disabling Help.</w:t>
      </w:r>
    </w:p>
    <w:p w14:paraId="3E619F28" w14:textId="77777777" w:rsidR="002B6931" w:rsidRDefault="007C17EE">
      <w:r>
        <w:t>And why I'm bringing that up is I think positioning and the ethical responsibility I think that we all have if we understand those positions we're in to try to use them, is also one that can either be enabling, if, which is the softball I'm throwing to you Or disabling.</w:t>
      </w:r>
    </w:p>
    <w:p w14:paraId="42239F6B" w14:textId="77777777" w:rsidR="002B6931" w:rsidRDefault="007C17EE">
      <w:r>
        <w:t>And I know that your work has been about enabling, so if you want to riff a little further on that, and then I wanna come back to capacity as well.</w:t>
      </w:r>
    </w:p>
    <w:p w14:paraId="6BA79633" w14:textId="77777777" w:rsidR="002B6931" w:rsidRDefault="007C17EE">
      <w:r>
        <w:t>[00:09:56] S.</w:t>
      </w:r>
    </w:p>
    <w:p w14:paraId="173A0390" w14:textId="77777777" w:rsidR="002B6931" w:rsidRDefault="007C17EE">
      <w:r>
        <w:t>Kwesi Rollins: Yeah.</w:t>
      </w:r>
    </w:p>
    <w:p w14:paraId="27A7677B" w14:textId="77777777" w:rsidR="002B6931" w:rsidRDefault="007C17EE">
      <w:r>
        <w:t>I think, and again, this is the difference between espoused values and [00:10:00] behavior.</w:t>
      </w:r>
    </w:p>
    <w:p w14:paraId="5C39AE0D" w14:textId="77777777" w:rsidR="002B6931" w:rsidRDefault="007C17EE">
      <w:r>
        <w:t>If you don't believe that folks in community, particularly in communities who have been historically underserved, also have assets and also bring things to the table, then you behave in a different way.</w:t>
      </w:r>
    </w:p>
    <w:p w14:paraId="2BD716CB" w14:textId="77777777" w:rsidR="002B6931" w:rsidRDefault="007C17EE">
      <w:r>
        <w:t>You behave in ways that avoids involving them.</w:t>
      </w:r>
    </w:p>
    <w:p w14:paraId="75923D10" w14:textId="77777777" w:rsidR="002B6931" w:rsidRDefault="007C17EE">
      <w:r>
        <w:t>You behave in ways that kind of goes around them because they're not seen as bringing much to the table, or you certainly don't feel like it's worth the investment to do a little bit more to ensure their voice is heard and that they're understood.</w:t>
      </w:r>
    </w:p>
    <w:p w14:paraId="063D8E6B" w14:textId="77777777" w:rsidR="002B6931" w:rsidRDefault="007C17EE">
      <w:r>
        <w:t>And sometimes that little bit more is, "Hey, how about we not schedule the meeting when they're working their second job?"</w:t>
      </w:r>
      <w:r>
        <w:br/>
        <w:t>Figure out how do we...</w:t>
      </w:r>
    </w:p>
    <w:p w14:paraId="028D5F3D" w14:textId="77777777" w:rsidR="002B6931" w:rsidRDefault="007C17EE">
      <w:r>
        <w:t>It's not that they don't wanna be i- involved, it's that you're scheduling the involvement in times that are convenient for you and not for many, for many families.</w:t>
      </w:r>
    </w:p>
    <w:p w14:paraId="048B5BC4" w14:textId="77777777" w:rsidR="002B6931" w:rsidRDefault="007C17EE">
      <w:r>
        <w:t>You're, you're, you're arranging the involvement to exist only in one language when you really need to hear from families that speak a different language and have plenty to [00:11:00] say, but they just can't say it in English.</w:t>
      </w:r>
    </w:p>
    <w:p w14:paraId="714C0EF2" w14:textId="77777777" w:rsidR="002B6931" w:rsidRDefault="007C17EE">
      <w:r>
        <w:t>So you're not arranging to be, to, for them to be heard in that way and understood.</w:t>
      </w:r>
    </w:p>
    <w:p w14:paraId="0DE65937" w14:textId="77777777" w:rsidR="002B6931" w:rsidRDefault="007C17EE">
      <w:r>
        <w:t>So I think, I think that's still a key dynamic.</w:t>
      </w:r>
    </w:p>
    <w:p w14:paraId="58F95631" w14:textId="77777777" w:rsidR="002B6931" w:rsidRDefault="007C17EE">
      <w:r>
        <w:t>We don't use that language as much today, enabling and disabling behavior.</w:t>
      </w:r>
    </w:p>
    <w:p w14:paraId="706C6D04" w14:textId="77777777" w:rsidR="002B6931" w:rsidRDefault="007C17EE">
      <w:r>
        <w:t>I'm old school, much like you now.</w:t>
      </w:r>
    </w:p>
    <w:p w14:paraId="0A9F1CC8" w14:textId="77777777" w:rsidR="002B6931" w:rsidRDefault="007C17EE">
      <w:r>
        <w:t>I like the old, I like the old stuff sometimes because we haven't, we are s- always so in search of the new that we forget that we didn't do the old well.</w:t>
      </w:r>
    </w:p>
    <w:p w14:paraId="151FCE8B" w14:textId="77777777" w:rsidR="002B6931" w:rsidRDefault="007C17EE">
      <w:r>
        <w:lastRenderedPageBreak/>
        <w:t>And maybe that's actually the solution, but part of it is valuing, we have now language like fonts of knowledge, funds of knowledge that families hold, but we also know that we have to do a little bit extra, is to, to make sure that they are heard, that they are involved.</w:t>
      </w:r>
    </w:p>
    <w:p w14:paraId="00437295" w14:textId="77777777" w:rsidR="002B6931" w:rsidRDefault="007C17EE">
      <w:r>
        <w:t>I remember sitting in a, I remember sitting in a meeting with a group of, it was a s- superintendent's family kinda cabinet meeting.</w:t>
      </w:r>
    </w:p>
    <w:p w14:paraId="368F6791" w14:textId="77777777" w:rsidR="002B6931" w:rsidRDefault="007C17EE">
      <w:r>
        <w:t>All these parents, they had interpreters there.</w:t>
      </w:r>
    </w:p>
    <w:p w14:paraId="3684EA50" w14:textId="77777777" w:rsidR="002B6931" w:rsidRDefault="007C17EE">
      <w:r>
        <w:t>The superintendent was, on average, was doing a lot to make sure [00:12:00] that she heard families.</w:t>
      </w:r>
    </w:p>
    <w:p w14:paraId="241DCF9D" w14:textId="77777777" w:rsidR="002B6931" w:rsidRDefault="007C17EE">
      <w:r>
        <w:t>And at one point they started using some language, and the interpreters stopped talking.</w:t>
      </w:r>
    </w:p>
    <w:p w14:paraId="26B277A1" w14:textId="77777777" w:rsidR="002B6931" w:rsidRDefault="007C17EE">
      <w:r>
        <w:t>And translating because they didn't understand the language.</w:t>
      </w:r>
    </w:p>
    <w:p w14:paraId="27A41ACE" w14:textId="77777777" w:rsidR="002B6931" w:rsidRDefault="007C17EE">
      <w:r>
        <w:t>And I remember, and, and nobody else really noticed that, and then I stopped the meeting and said, "Wait.</w:t>
      </w:r>
    </w:p>
    <w:p w14:paraId="5DA516F8" w14:textId="77777777" w:rsidR="002B6931" w:rsidRDefault="007C17EE">
      <w:r>
        <w:t>Wait.</w:t>
      </w:r>
    </w:p>
    <w:p w14:paraId="216F0289" w14:textId="77777777" w:rsidR="002B6931" w:rsidRDefault="007C17EE">
      <w:r>
        <w:t>Something happened.</w:t>
      </w:r>
    </w:p>
    <w:p w14:paraId="3AC0FE76" w14:textId="77777777" w:rsidR="002B6931" w:rsidRDefault="007C17EE">
      <w:r>
        <w:t>We used some jargon.</w:t>
      </w:r>
    </w:p>
    <w:p w14:paraId="18EED3A7" w14:textId="77777777" w:rsidR="002B6931" w:rsidRDefault="007C17EE">
      <w:r>
        <w:t>The interpreters didn't know how to translate that jargon into Spanish, so therefore everybody is not able to participate here." So I, yeah, and again, positioning.</w:t>
      </w:r>
    </w:p>
    <w:p w14:paraId="1D3A7EE5" w14:textId="77777777" w:rsidR="002B6931" w:rsidRDefault="007C17EE">
      <w:r>
        <w:t>I literally was in a position to stop the conversation.</w:t>
      </w:r>
    </w:p>
    <w:p w14:paraId="6822C6C5" w14:textId="77777777" w:rsidR="002B6931" w:rsidRDefault="007C17EE">
      <w:r>
        <w:t>[00:12:36] David Osher: Exactly.</w:t>
      </w:r>
    </w:p>
    <w:p w14:paraId="19305A85" w14:textId="77777777" w:rsidR="002B6931" w:rsidRDefault="007C17EE">
      <w:r>
        <w:t>Yes.</w:t>
      </w:r>
    </w:p>
    <w:p w14:paraId="6F0D69D2" w14:textId="77777777" w:rsidR="002B6931" w:rsidRDefault="007C17EE">
      <w:r>
        <w:t>Now-</w:t>
      </w:r>
    </w:p>
    <w:p w14:paraId="70A17E65" w14:textId="77777777" w:rsidR="002B6931" w:rsidRDefault="007C17EE">
      <w:r>
        <w:t>[00:12:39] S.</w:t>
      </w:r>
    </w:p>
    <w:p w14:paraId="7E7AD21D" w14:textId="77777777" w:rsidR="002B6931" w:rsidRDefault="007C17EE">
      <w:r>
        <w:t>Kwesi Rollins: And then we unpacked the word that was giving them difficulty.</w:t>
      </w:r>
    </w:p>
    <w:p w14:paraId="48DB9241" w14:textId="77777777" w:rsidR="002B6931" w:rsidRDefault="007C17EE">
      <w:r>
        <w:t>I wish I could remember the exact word, we've used in these meetings where at least sometimes this jargon gets everybody, or a different set of acronyms.</w:t>
      </w:r>
    </w:p>
    <w:p w14:paraId="2A869ADC" w14:textId="77777777" w:rsidR="002B6931" w:rsidRDefault="007C17EE">
      <w:r>
        <w:t>So I was in a position to stop everything and make sure that we went back to everybody participating.</w:t>
      </w:r>
    </w:p>
    <w:p w14:paraId="08EFBC32" w14:textId="77777777" w:rsidR="002B6931" w:rsidRDefault="007C17EE">
      <w:r>
        <w:t>Yeah.</w:t>
      </w:r>
    </w:p>
    <w:p w14:paraId="70138E92" w14:textId="77777777" w:rsidR="002B6931" w:rsidRDefault="007C17EE">
      <w:r>
        <w:t>But that's probably more the exception than the [00:13:00] rule.</w:t>
      </w:r>
    </w:p>
    <w:p w14:paraId="39517106" w14:textId="77777777" w:rsidR="002B6931" w:rsidRDefault="007C17EE">
      <w:r>
        <w:lastRenderedPageBreak/>
        <w:t>So with, that's, the other thing is it's not just having positioning, and I know you'll get back to that, but you've gotta be willing to do something-</w:t>
      </w:r>
    </w:p>
    <w:p w14:paraId="0469C1EF" w14:textId="77777777" w:rsidR="002B6931" w:rsidRDefault="007C17EE">
      <w:r>
        <w:t>[00:13:07] David Osher: Okay, yeah ...</w:t>
      </w:r>
    </w:p>
    <w:p w14:paraId="68419DA0" w14:textId="77777777" w:rsidR="002B6931" w:rsidRDefault="007C17EE">
      <w:r>
        <w:t>[00:13:07] S.</w:t>
      </w:r>
    </w:p>
    <w:p w14:paraId="3848FEFB" w14:textId="77777777" w:rsidR="002B6931" w:rsidRDefault="007C17EE">
      <w:r>
        <w:t>Kwesi Rollins: with it.</w:t>
      </w:r>
    </w:p>
    <w:p w14:paraId="636AC6B0" w14:textId="77777777" w:rsidR="002B6931" w:rsidRDefault="007C17EE">
      <w:r>
        <w:t>You've gotta go beyond the reasonable.</w:t>
      </w:r>
    </w:p>
    <w:p w14:paraId="1255302C" w14:textId="77777777" w:rsidR="002B6931" w:rsidRDefault="007C17EE">
      <w:r>
        <w:t>And not in a disrespectful way, I certainly was not disrespecting that superintendent, but those parents were happy that I stopped the meeting, and I was paying attention.</w:t>
      </w:r>
    </w:p>
    <w:p w14:paraId="6925C07A" w14:textId="77777777" w:rsidR="002B6931" w:rsidRDefault="007C17EE">
      <w:r>
        <w:t>[00:13:19] David Osher: The late Judy Heumann, who was a wonderful disability activist, when she was the assistant secretary for OSERS, when people would come into meetings and she would say, "Can I see the braille accommodation?" And they said, "Oh, we don't have it, we need more time," she literally said, "Go back.</w:t>
      </w:r>
    </w:p>
    <w:p w14:paraId="685606DF" w14:textId="77777777" w:rsidR="002B6931" w:rsidRDefault="007C17EE">
      <w:r>
        <w:t>We are not meeting until that happens."</w:t>
      </w:r>
      <w:r>
        <w:br/>
        <w:t>And while I did not know the late Harold Washington, I remember, 'cause I was in Chicago soon after he died, and I was trying to get a sense of whether or not it would be possible to organize a very transformative school in Chicago, and I kept on hearing the same story of Harold Washington as [00:14:00] mayor meeting with community groups and saying to them, "Unless you can show me that you are really working together, I'm not dealing with you."</w:t>
      </w:r>
      <w:r>
        <w:br/>
      </w:r>
      <w:r>
        <w:t>And they talked about its impact on them, so that it was his leveraging his positioning- Yeah ...</w:t>
      </w:r>
    </w:p>
    <w:p w14:paraId="47529132" w14:textId="77777777" w:rsidR="002B6931" w:rsidRDefault="007C17EE">
      <w:r>
        <w:t>Judy leveraging her positioning, but in the end, to get other people to be leveraging their positioning, 'cause they had the resources to do the braille, braille trans- translation.</w:t>
      </w:r>
    </w:p>
    <w:p w14:paraId="4599127D" w14:textId="77777777" w:rsidR="002B6931" w:rsidRDefault="007C17EE">
      <w:r>
        <w:t>[00:14:26] S.</w:t>
      </w:r>
    </w:p>
    <w:p w14:paraId="1C6731C2" w14:textId="77777777" w:rsidR="002B6931" w:rsidRDefault="007C17EE">
      <w:r>
        <w:t>Kwesi Rollins: Didn't get around to it.</w:t>
      </w:r>
    </w:p>
    <w:p w14:paraId="3DECABFB" w14:textId="77777777" w:rsidR="002B6931" w:rsidRDefault="007C17EE">
      <w:r>
        <w:t>[00:14:28] David Osher: Yeah.</w:t>
      </w:r>
    </w:p>
    <w:p w14:paraId="3B8E811E" w14:textId="77777777" w:rsidR="002B6931" w:rsidRDefault="007C17EE">
      <w:r>
        <w:t>[00:14:29] S.</w:t>
      </w:r>
    </w:p>
    <w:p w14:paraId="64FC39EE" w14:textId="77777777" w:rsidR="002B6931" w:rsidRDefault="007C17EE">
      <w:r>
        <w:t>Kwesi Rollins: And they wanna...</w:t>
      </w:r>
    </w:p>
    <w:p w14:paraId="3B475E17" w14:textId="77777777" w:rsidR="002B6931" w:rsidRDefault="007C17EE">
      <w:r>
        <w:t>And these things happen.</w:t>
      </w:r>
    </w:p>
    <w:p w14:paraId="3BF17125" w14:textId="77777777" w:rsidR="002B6931" w:rsidRDefault="007C17EE">
      <w:r>
        <w:t>There are a million of those stories y- and it's really, and it's simply because in that particular setting, I'm paying attention to everything.</w:t>
      </w:r>
    </w:p>
    <w:p w14:paraId="388E7BA6" w14:textId="77777777" w:rsidR="002B6931" w:rsidRDefault="007C17EE">
      <w:r>
        <w:lastRenderedPageBreak/>
        <w:t>What happens in a blink of an eye, and then you move on, but I, I had the presence of mind to say, wait a minute, something, they're not, she's, the, the, the translator's not talking.</w:t>
      </w:r>
    </w:p>
    <w:p w14:paraId="4D2A55A9" w14:textId="77777777" w:rsidR="002B6931" w:rsidRDefault="007C17EE">
      <w:r>
        <w:t>And we're still talking.</w:t>
      </w:r>
    </w:p>
    <w:p w14:paraId="6C2523BC" w14:textId="77777777" w:rsidR="002B6931" w:rsidRDefault="007C17EE">
      <w:r>
        <w:t>So y- yeah, we've gotta...</w:t>
      </w:r>
    </w:p>
    <w:p w14:paraId="67D8E05A" w14:textId="77777777" w:rsidR="002B6931" w:rsidRDefault="007C17EE">
      <w:r>
        <w:t>That's my message to everyone now.</w:t>
      </w:r>
    </w:p>
    <w:p w14:paraId="0623BCAF" w14:textId="77777777" w:rsidR="002B6931" w:rsidRDefault="007C17EE">
      <w:r>
        <w:t>It's like you've gotta use your platform, your positioning, your authority, whatever [00:15:00] you have where you are in s- able to make some level of decision- You've gotta be using it well, and you've gotta be using it based on a number of things, including evidence, good practice, things we know make sense</w:t>
      </w:r>
    </w:p>
    <w:p w14:paraId="240A2CD7" w14:textId="77777777" w:rsidR="002B6931" w:rsidRDefault="007C17EE">
      <w:r>
        <w:t>[00:15:17] David Osher: So let me ask you a question that comes out of my thinking, but it connects very much to this p- whole podcast series, and you may correct me 'cause I may be incorrect here.</w:t>
      </w:r>
    </w:p>
    <w:p w14:paraId="3566EE7A" w14:textId="77777777" w:rsidR="002B6931" w:rsidRDefault="007C17EE">
      <w:r>
        <w:t>For decades, I have shared the following, that every position in life comes with constraints, but also it affords opportunities to good- do good.</w:t>
      </w:r>
    </w:p>
    <w:p w14:paraId="48D784E7" w14:textId="77777777" w:rsidR="002B6931" w:rsidRDefault="007C17EE">
      <w:r>
        <w:t>Yeah.</w:t>
      </w:r>
    </w:p>
    <w:p w14:paraId="0F126FCE" w14:textId="77777777" w:rsidR="002B6931" w:rsidRDefault="007C17EE">
      <w:r>
        <w:t>And that it is important to understand that while we face constraints, and I think the [00:16:00] practitioners who are listening right now know all the different constraints that they, many of the different constraints that they face in the work that they're doing.</w:t>
      </w:r>
    </w:p>
    <w:p w14:paraId="5157FC2A" w14:textId="77777777" w:rsidR="002B6931" w:rsidRDefault="007C17EE">
      <w:r>
        <w:t>But it's also important to understand what your position and where you are offers an opportunity- Yeah ... to do good and n- and, and to be responsible.</w:t>
      </w:r>
    </w:p>
    <w:p w14:paraId="3771B84A" w14:textId="77777777" w:rsidR="002B6931" w:rsidRDefault="007C17EE">
      <w:r>
        <w:t>So again, I'll invite you to comment.</w:t>
      </w:r>
    </w:p>
    <w:p w14:paraId="20B7D157" w14:textId="77777777" w:rsidR="002B6931" w:rsidRDefault="007C17EE">
      <w:r>
        <w:t>[00:16:28] S.</w:t>
      </w:r>
    </w:p>
    <w:p w14:paraId="46E6C402" w14:textId="77777777" w:rsidR="002B6931" w:rsidRDefault="007C17EE">
      <w:r>
        <w:t>Kwesi Rollins: I think that's largely true.</w:t>
      </w:r>
    </w:p>
    <w:p w14:paraId="1DFA4C8E" w14:textId="77777777" w:rsidR="002B6931" w:rsidRDefault="007C17EE">
      <w:r>
        <w:t>I think that there are lots of reasons why people sometimes don't use their positioning.</w:t>
      </w:r>
    </w:p>
    <w:p w14:paraId="2657B689" w14:textId="77777777" w:rsidR="002B6931" w:rsidRDefault="007C17EE">
      <w:r>
        <w:t>Sometimes it's just not important enough to them.</w:t>
      </w:r>
    </w:p>
    <w:p w14:paraId="0E025C2C" w14:textId="77777777" w:rsidR="002B6931" w:rsidRDefault="007C17EE">
      <w:r>
        <w:t>Sometimes they don't have the courage to do so.</w:t>
      </w:r>
    </w:p>
    <w:p w14:paraId="0B96B285" w14:textId="77777777" w:rsidR="002B6931" w:rsidRDefault="007C17EE">
      <w:r>
        <w:t>Sometimes the, I, I think it's, I think it's nuanced.</w:t>
      </w:r>
    </w:p>
    <w:p w14:paraId="2F4B4413" w14:textId="77777777" w:rsidR="002B6931" w:rsidRDefault="007C17EE">
      <w:r>
        <w:t>I think sometimes they're not entirely sure how they should respond or use it.</w:t>
      </w:r>
    </w:p>
    <w:p w14:paraId="757F69BC" w14:textId="77777777" w:rsidR="002B6931" w:rsidRDefault="007C17EE">
      <w:r>
        <w:t>Sometimes it's th- it's their own lack of self-confidence and self-efficacy around that.</w:t>
      </w:r>
    </w:p>
    <w:p w14:paraId="34085386" w14:textId="77777777" w:rsidR="002B6931" w:rsidRDefault="007C17EE">
      <w:r>
        <w:lastRenderedPageBreak/>
        <w:t>Mm-hmm.</w:t>
      </w:r>
    </w:p>
    <w:p w14:paraId="3E7909AE" w14:textId="77777777" w:rsidR="002B6931" w:rsidRDefault="007C17EE">
      <w:r>
        <w:t>I think part of the key to all of it is reflection.</w:t>
      </w:r>
    </w:p>
    <w:p w14:paraId="4475356C" w14:textId="77777777" w:rsidR="002B6931" w:rsidRDefault="007C17EE">
      <w:r>
        <w:t>When [00:17:00] along the way as part of my growth process, I realized that the ability to reflect is really, I'm not sure I'm, if it's a capacity or not, but at least to try to be more intentional about that.</w:t>
      </w:r>
    </w:p>
    <w:p w14:paraId="5F8F4893" w14:textId="77777777" w:rsidR="002B6931" w:rsidRDefault="007C17EE">
      <w:r>
        <w:t>I, for a lot of reasons, for 30 plus years really have made refle- self-reflection is part of my practice.</w:t>
      </w:r>
    </w:p>
    <w:p w14:paraId="16E00F2A" w14:textId="77777777" w:rsidR="002B6931" w:rsidRDefault="007C17EE">
      <w:r>
        <w:t>So I'm always thinking about what I said, what I should have said, what I could have said, what I didn't say, what I could have done.</w:t>
      </w:r>
    </w:p>
    <w:p w14:paraId="2CB276FB" w14:textId="77777777" w:rsidR="002B6931" w:rsidRDefault="007C17EE">
      <w:r>
        <w:t>Was I crazy?</w:t>
      </w:r>
    </w:p>
    <w:p w14:paraId="558B41EA" w14:textId="77777777" w:rsidR="002B6931" w:rsidRDefault="007C17EE">
      <w:r>
        <w:t>Especially as one who has a reputation for being blunt, but not in a toxic way, but blunt.</w:t>
      </w:r>
    </w:p>
    <w:p w14:paraId="5A6C99D4" w14:textId="77777777" w:rsidR="002B6931" w:rsidRDefault="007C17EE">
      <w:r>
        <w:t>I will call spade.</w:t>
      </w:r>
    </w:p>
    <w:p w14:paraId="13564278" w14:textId="77777777" w:rsidR="002B6931" w:rsidRDefault="007C17EE">
      <w:r>
        <w:t>I reflect after the fact, was I too harsh?</w:t>
      </w:r>
    </w:p>
    <w:p w14:paraId="6F40B102" w14:textId="77777777" w:rsidR="002B6931" w:rsidRDefault="007C17EE">
      <w:r>
        <w:t>Did I use the right words?</w:t>
      </w:r>
    </w:p>
    <w:p w14:paraId="1FD39B81" w14:textId="77777777" w:rsidR="002B6931" w:rsidRDefault="007C17EE">
      <w:r>
        <w:t>Did I...</w:t>
      </w:r>
    </w:p>
    <w:p w14:paraId="14016E6C" w14:textId="77777777" w:rsidR="002B6931" w:rsidRDefault="007C17EE">
      <w:r>
        <w:t>All of that.</w:t>
      </w:r>
    </w:p>
    <w:p w14:paraId="15F5CE73" w14:textId="77777777" w:rsidR="002B6931" w:rsidRDefault="007C17EE">
      <w:r>
        <w:t>What are the other dynamics at play?</w:t>
      </w:r>
    </w:p>
    <w:p w14:paraId="11FDC183" w14:textId="77777777" w:rsidR="002B6931" w:rsidRDefault="007C17EE">
      <w:r>
        <w:t>And I think that is something that can help folks realize their own, how to use their own positioning, is to be a little bit more intentional about reflecting on...</w:t>
      </w:r>
    </w:p>
    <w:p w14:paraId="4EF566C0" w14:textId="77777777" w:rsidR="002B6931" w:rsidRDefault="007C17EE">
      <w:r>
        <w:t>Now, there are times when you've done all you can do, [00:18:00] and then that's the answer.</w:t>
      </w:r>
    </w:p>
    <w:p w14:paraId="3773BB60" w14:textId="77777777" w:rsidR="002B6931" w:rsidRDefault="007C17EE">
      <w:r>
        <w:t>You couldn't do more.</w:t>
      </w:r>
    </w:p>
    <w:p w14:paraId="6DE833BB" w14:textId="77777777" w:rsidR="002B6931" w:rsidRDefault="007C17EE">
      <w:r>
        <w:t>To do more would have been completely insane or just not a good idea.</w:t>
      </w:r>
    </w:p>
    <w:p w14:paraId="00156F52" w14:textId="77777777" w:rsidR="002B6931" w:rsidRDefault="007C17EE">
      <w:r>
        <w:t>But there are a lot of times where people just don't speak up.</w:t>
      </w:r>
    </w:p>
    <w:p w14:paraId="515C3CEF" w14:textId="77777777" w:rsidR="002B6931" w:rsidRDefault="007C17EE">
      <w:r>
        <w:t>When they could, and they've gotta figure out what that is.</w:t>
      </w:r>
    </w:p>
    <w:p w14:paraId="5A9A73BE" w14:textId="77777777" w:rsidR="002B6931" w:rsidRDefault="007C17EE">
      <w:r>
        <w:t>And that's why you need a team also, because when you have members of a team, then some of you, some of your team may have the strength that you don't have to say what needs to be said.</w:t>
      </w:r>
    </w:p>
    <w:p w14:paraId="72571C1C" w14:textId="77777777" w:rsidR="002B6931" w:rsidRDefault="007C17EE">
      <w:r>
        <w:lastRenderedPageBreak/>
        <w:t>Or someone else may have the skill of saying what needs to be said, but saying it in a way that doesn't kill anybody.</w:t>
      </w:r>
    </w:p>
    <w:p w14:paraId="12DE4115" w14:textId="77777777" w:rsidR="002B6931" w:rsidRDefault="007C17EE">
      <w:r>
        <w:t>Yeah.</w:t>
      </w:r>
    </w:p>
    <w:p w14:paraId="73736D1C" w14:textId="77777777" w:rsidR="002B6931" w:rsidRDefault="007C17EE">
      <w:r>
        <w:t>So I hope that answers your question, but I think that's- Oh, yeah ...</w:t>
      </w:r>
    </w:p>
    <w:p w14:paraId="2E2DCB00" w14:textId="77777777" w:rsidR="002B6931" w:rsidRDefault="007C17EE">
      <w:r>
        <w:t>I think that's part of it, yeah.</w:t>
      </w:r>
    </w:p>
    <w:p w14:paraId="2DD19432" w14:textId="77777777" w:rsidR="002B6931" w:rsidRDefault="007C17EE">
      <w:r>
        <w:t>[00:18:37] David Osher: No, I think you have.</w:t>
      </w:r>
    </w:p>
    <w:p w14:paraId="5C2F09CB" w14:textId="77777777" w:rsidR="002B6931" w:rsidRDefault="007C17EE">
      <w:r>
        <w:t>And in fact, what you also just done is also shared another key point, which is for people to be able to be reflective practitioners.</w:t>
      </w:r>
    </w:p>
    <w:p w14:paraId="1397A377" w14:textId="77777777" w:rsidR="002B6931" w:rsidRDefault="007C17EE">
      <w:r>
        <w:t>For example, being in a meeting and having a sense of when one should insert oneself. is grounded in one's ongoing reflection.</w:t>
      </w:r>
    </w:p>
    <w:p w14:paraId="3B66C33A" w14:textId="77777777" w:rsidR="002B6931" w:rsidRDefault="007C17EE">
      <w:r>
        <w:t>So reflective practice [00:19:00] is not just being reflective at the moment of practice, it's also reflecting on and learning from your practice, and often learning with others, and deploying teams in the way that you're talking about.</w:t>
      </w:r>
    </w:p>
    <w:p w14:paraId="705C6E58" w14:textId="77777777" w:rsidR="002B6931" w:rsidRDefault="007C17EE">
      <w:r>
        <w:t>Because no one person alone can do it as well as a group of people if they distribute their voices and their patience- Right ... and their styles.</w:t>
      </w:r>
    </w:p>
    <w:p w14:paraId="250223DA" w14:textId="77777777" w:rsidR="002B6931" w:rsidRDefault="007C17EE">
      <w:r>
        <w:t>[00:19:23] S.</w:t>
      </w:r>
    </w:p>
    <w:p w14:paraId="5E261BAA" w14:textId="77777777" w:rsidR="002B6931" w:rsidRDefault="007C17EE">
      <w:r>
        <w:t>Kwesi Rollins: Or get the opinion of colleagues and others who you respect.</w:t>
      </w:r>
    </w:p>
    <w:p w14:paraId="77002ECF" w14:textId="77777777" w:rsidR="002B6931" w:rsidRDefault="007C17EE">
      <w:r>
        <w:t>Was I out of line?</w:t>
      </w:r>
    </w:p>
    <w:p w14:paraId="5D10A42C" w14:textId="77777777" w:rsidR="002B6931" w:rsidRDefault="007C17EE">
      <w:r>
        <w:t>[00:19:28] David Osher: Yeah.</w:t>
      </w:r>
    </w:p>
    <w:p w14:paraId="62771841" w14:textId="77777777" w:rsidR="002B6931" w:rsidRDefault="007C17EE">
      <w:r>
        <w:t>[00:19:28] S.</w:t>
      </w:r>
    </w:p>
    <w:p w14:paraId="0DEA6183" w14:textId="77777777" w:rsidR="002B6931" w:rsidRDefault="007C17EE">
      <w:r>
        <w:t>Kwesi Rollins: Was th- had I lost my mind?</w:t>
      </w:r>
    </w:p>
    <w:p w14:paraId="73ABA7A4" w14:textId="77777777" w:rsidR="002B6931" w:rsidRDefault="007C17EE">
      <w:r>
        <w:t>Yeah.</w:t>
      </w:r>
    </w:p>
    <w:p w14:paraId="1B4B429B" w14:textId="77777777" w:rsidR="002B6931" w:rsidRDefault="007C17EE">
      <w:r>
        <w:t>Was I on point?</w:t>
      </w:r>
    </w:p>
    <w:p w14:paraId="3146E9BC" w14:textId="77777777" w:rsidR="002B6931" w:rsidRDefault="007C17EE">
      <w:r>
        <w:t>Because it's, for me, I'm not, as I said, I, in most collaborative settings I do have, I'm known for being blunt and saying the hard thing out front, naming the elephant in the room, but I don't cultivate that just because I want that to be my persona.</w:t>
      </w:r>
    </w:p>
    <w:p w14:paraId="08819855" w14:textId="77777777" w:rsidR="002B6931" w:rsidRDefault="007C17EE">
      <w:r>
        <w:t>I do that 'cause I think it's the right thing to do.</w:t>
      </w:r>
    </w:p>
    <w:p w14:paraId="6EBDAFD8" w14:textId="77777777" w:rsidR="002B6931" w:rsidRDefault="007C17EE">
      <w:r>
        <w:t>So it's important to have some balance with that as well, I have found.</w:t>
      </w:r>
    </w:p>
    <w:p w14:paraId="7E0FEFCB" w14:textId="77777777" w:rsidR="002B6931" w:rsidRDefault="007C17EE">
      <w:r>
        <w:lastRenderedPageBreak/>
        <w:t>And now, of course I'm, as my career completely [00:20:00] winds down, so I'm at the height of whatever that is.</w:t>
      </w:r>
    </w:p>
    <w:p w14:paraId="446F4864" w14:textId="77777777" w:rsidR="002B6931" w:rsidRDefault="007C17EE">
      <w:r>
        <w:t>As a younger person, that wasn't always the case.</w:t>
      </w:r>
    </w:p>
    <w:p w14:paraId="7C38F1BA" w14:textId="77777777" w:rsidR="002B6931" w:rsidRDefault="007C17EE">
      <w:r>
        <w:t>I didn't have the same positioning that I have now, even if I still had that same proclivity toward being honest and asking the hard questions.</w:t>
      </w:r>
    </w:p>
    <w:p w14:paraId="2F9E5EC3" w14:textId="77777777" w:rsidR="002B6931" w:rsidRDefault="007C17EE">
      <w:r>
        <w:t>[00:20:15] David Osher: And let me just add that I think that that reflection and checking with others is particularly important for my fellow white and white male listeners as well.</w:t>
      </w:r>
    </w:p>
    <w:p w14:paraId="69A631C9" w14:textId="77777777" w:rsidR="002B6931" w:rsidRDefault="007C17EE">
      <w:r>
        <w:t>Meaning- Yeah ... one of the things I'm always asking myself in situations is, if I'm asserting myself 'cause no one else is, I, am I taking the voice away?</w:t>
      </w:r>
    </w:p>
    <w:p w14:paraId="27D0C8C8" w14:textId="77777777" w:rsidR="002B6931" w:rsidRDefault="007C17EE">
      <w:r>
        <w:t>So there's another thing.</w:t>
      </w:r>
    </w:p>
    <w:p w14:paraId="0FB3758E" w14:textId="77777777" w:rsidR="002B6931" w:rsidRDefault="007C17EE">
      <w:r>
        <w:t>You have to do it as well, but I'm always very conscious of that element of my position.</w:t>
      </w:r>
    </w:p>
    <w:p w14:paraId="72B17457" w14:textId="77777777" w:rsidR="002B6931" w:rsidRDefault="007C17EE">
      <w:r>
        <w:t>So again, I'm reflecting on that, and I have to go to people who come from different positionalities who I respect and re- to make me, to help me know whether or not I open my mouth too much or I didn't.</w:t>
      </w:r>
    </w:p>
    <w:p w14:paraId="1CC930CF" w14:textId="77777777" w:rsidR="002B6931" w:rsidRDefault="007C17EE">
      <w:r>
        <w:t>[00:20:59] S.</w:t>
      </w:r>
    </w:p>
    <w:p w14:paraId="6D622AC5" w14:textId="77777777" w:rsidR="002B6931" w:rsidRDefault="007C17EE">
      <w:r>
        <w:t>Kwesi Rollins: [00:21:00] Yeah.</w:t>
      </w:r>
    </w:p>
    <w:p w14:paraId="6A0FC2E5" w14:textId="77777777" w:rsidR="002B6931" w:rsidRDefault="007C17EE">
      <w:r>
        <w:t>Yeah, no, it's important.</w:t>
      </w:r>
    </w:p>
    <w:p w14:paraId="79B4CAA4" w14:textId="77777777" w:rsidR="002B6931" w:rsidRDefault="007C17EE">
      <w:r>
        <w:t>The self-awareness is key, and some folks just don't have it.</w:t>
      </w:r>
    </w:p>
    <w:p w14:paraId="27CEF4A9" w14:textId="77777777" w:rsidR="002B6931" w:rsidRDefault="007C17EE">
      <w:r>
        <w:t>You s- so the self-awareness, the, yeah, we have terms like emotional intelligence now.</w:t>
      </w:r>
    </w:p>
    <w:p w14:paraId="498CAD45" w14:textId="77777777" w:rsidR="002B6931" w:rsidRDefault="007C17EE">
      <w:r>
        <w:t>Some folks just don't have it, and that's, that is, it is what it is.</w:t>
      </w:r>
    </w:p>
    <w:p w14:paraId="34DFFA8C" w14:textId="77777777" w:rsidR="002B6931" w:rsidRDefault="007C17EE">
      <w:r>
        <w:t>I consider myself fortunate that I have it and have cultivated it, and so I have a, a deep level of self-awareness.</w:t>
      </w:r>
    </w:p>
    <w:p w14:paraId="0F9B9578" w14:textId="77777777" w:rsidR="002B6931" w:rsidRDefault="007C17EE">
      <w:r>
        <w:t>I choose my words very wisely.</w:t>
      </w:r>
    </w:p>
    <w:p w14:paraId="5EC1D071" w14:textId="77777777" w:rsidR="002B6931" w:rsidRDefault="007C17EE">
      <w:r>
        <w:t>I'm just very intentional.</w:t>
      </w:r>
    </w:p>
    <w:p w14:paraId="4C667390" w14:textId="77777777" w:rsidR="002B6931" w:rsidRDefault="007C17EE">
      <w:r>
        <w:t>All the time.</w:t>
      </w:r>
    </w:p>
    <w:p w14:paraId="116C4677" w14:textId="77777777" w:rsidR="002B6931" w:rsidRDefault="007C17EE">
      <w:r>
        <w:t>I'm in a field, as you well know, where I'm a, a male with some authority and surrounded by a lot of females.</w:t>
      </w:r>
    </w:p>
    <w:p w14:paraId="01D7ECF8" w14:textId="77777777" w:rsidR="002B6931" w:rsidRDefault="007C17EE">
      <w:r>
        <w:t>I'm very conscious about that dynamic.</w:t>
      </w:r>
    </w:p>
    <w:p w14:paraId="53AAA03D" w14:textId="77777777" w:rsidR="002B6931" w:rsidRDefault="007C17EE">
      <w:r>
        <w:t>I'm very conscious about not dominating conversations if I don't need to or want to.</w:t>
      </w:r>
    </w:p>
    <w:p w14:paraId="53D21C34" w14:textId="77777777" w:rsidR="002B6931" w:rsidRDefault="007C17EE">
      <w:r>
        <w:lastRenderedPageBreak/>
        <w:t>So it's, these are just good things.</w:t>
      </w:r>
    </w:p>
    <w:p w14:paraId="3E90D1C7" w14:textId="77777777" w:rsidR="002B6931" w:rsidRDefault="007C17EE">
      <w:r>
        <w:t>These are good practices.</w:t>
      </w:r>
    </w:p>
    <w:p w14:paraId="54CCA5CB" w14:textId="77777777" w:rsidR="002B6931" w:rsidRDefault="007C17EE">
      <w:r>
        <w:t>And, and in community, I was in a board meeting with a, a young lady who finally opened up and shared that she's one of the younger members on our, on this particular board, and [00:22:00] so a lot of the language and the jargon was going over her head, and she finally got the courage to say that.</w:t>
      </w:r>
    </w:p>
    <w:p w14:paraId="4A01492B" w14:textId="77777777" w:rsidR="002B6931" w:rsidRDefault="007C17EE">
      <w:r>
        <w:t>And then for our vantage point, as, as her peers on this board, we also recognize we've got to do a better job of making sure we don't use language that's going over her head, and we've got to stop and pause and ask questions and make sure that she's able to fully participate. 'Cause it's not enough just to have a parent on the board or a youth on the board or whatever, but it's like they've got to be fully able to participate, and that means we've got to do extra and we've got to be paying attention-</w:t>
      </w:r>
    </w:p>
    <w:p w14:paraId="2E60CA18" w14:textId="77777777" w:rsidR="002B6931" w:rsidRDefault="007C17EE">
      <w:r>
        <w:t>[00:22:39] David Osher: Yeah</w:t>
      </w:r>
    </w:p>
    <w:p w14:paraId="5235BB88" w14:textId="77777777" w:rsidR="002B6931" w:rsidRDefault="007C17EE">
      <w:r>
        <w:t>[00:22:39] S.</w:t>
      </w:r>
    </w:p>
    <w:p w14:paraId="72682ED0" w14:textId="77777777" w:rsidR="002B6931" w:rsidRDefault="007C17EE">
      <w:r>
        <w:t>Kwesi Rollins: to that.</w:t>
      </w:r>
    </w:p>
    <w:p w14:paraId="21D8DCAC" w14:textId="77777777" w:rsidR="002B6931" w:rsidRDefault="007C17EE">
      <w:r>
        <w:t>So it's an ongoing struggle.</w:t>
      </w:r>
    </w:p>
    <w:p w14:paraId="179676BF" w14:textId="77777777" w:rsidR="002B6931" w:rsidRDefault="007C17EE">
      <w:r>
        <w:t>I think it makes for, it's a little bit of extra effort that pays huge dividends down the road.</w:t>
      </w:r>
    </w:p>
    <w:p w14:paraId="02564313" w14:textId="77777777" w:rsidR="002B6931" w:rsidRDefault="007C17EE">
      <w:r>
        <w:t>[00:22:47] David Osher: Yeah.</w:t>
      </w:r>
    </w:p>
    <w:p w14:paraId="4257E088" w14:textId="77777777" w:rsidR="002B6931" w:rsidRDefault="007C17EE">
      <w:r>
        <w:t>When I was listening to you, I was thinking about the fact that in a technical assistance center that I led that worked with all the s- the federal mental health system of care sites, [00:23:00] we had a bunch of wonderful people who were the senior advisors and that came from the field.</w:t>
      </w:r>
    </w:p>
    <w:p w14:paraId="404D96D4" w14:textId="77777777" w:rsidR="002B6931" w:rsidRDefault="007C17EE">
      <w:r>
        <w:t>And Dr.</w:t>
      </w:r>
    </w:p>
    <w:p w14:paraId="7BA01030" w14:textId="77777777" w:rsidR="002B6931" w:rsidRDefault="007C17EE">
      <w:r>
        <w:t>Gail Porter, who was the mental health advisor, was running a meeting with NIMH about evidence-based practices.</w:t>
      </w:r>
    </w:p>
    <w:p w14:paraId="469A0516" w14:textId="77777777" w:rsidR="002B6931" w:rsidRDefault="007C17EE">
      <w:r>
        <w:t>And what she pulled out is the fact that if you're not family-driven, if you're not getting the voices of families, things happen, for example, saying, "This is when the medication should be prescribed."</w:t>
      </w:r>
      <w:r>
        <w:br/>
        <w:t>Yeah.</w:t>
      </w:r>
    </w:p>
    <w:p w14:paraId="1DC1FC61" w14:textId="77777777" w:rsidR="002B6931" w:rsidRDefault="007C17EE">
      <w:r>
        <w:t>And if you're not giving ...</w:t>
      </w:r>
    </w:p>
    <w:p w14:paraId="35FBD17B" w14:textId="77777777" w:rsidR="002B6931" w:rsidRDefault="007C17EE">
      <w:r>
        <w:t>Taken.</w:t>
      </w:r>
    </w:p>
    <w:p w14:paraId="18A03706" w14:textId="77777777" w:rsidR="002B6931" w:rsidRDefault="007C17EE">
      <w:r>
        <w:lastRenderedPageBreak/>
        <w:t>And if you're not giving the mother to say, "That's a great idea, but you need to know I'm at work at that point.</w:t>
      </w:r>
    </w:p>
    <w:p w14:paraId="556BA4C4" w14:textId="77777777" w:rsidR="002B6931" w:rsidRDefault="007C17EE">
      <w:r>
        <w:t>I can't do it.</w:t>
      </w:r>
    </w:p>
    <w:p w14:paraId="1D9CC6E7" w14:textId="77777777" w:rsidR="002B6931" w:rsidRDefault="007C17EE">
      <w:r>
        <w:t>How are we gonna handle it?" Then what happens is the child doesn't get the medication, and what's written off is the fact that the patient has been and the family has been non-compliant.</w:t>
      </w:r>
    </w:p>
    <w:p w14:paraId="22873B46" w14:textId="77777777" w:rsidR="002B6931" w:rsidRDefault="007C17EE">
      <w:r>
        <w:t>When in reality, it was that the professional lacked- The capacity to engage that family in the way that they could calibrate the intervention</w:t>
      </w:r>
    </w:p>
    <w:p w14:paraId="38F9BE7A" w14:textId="77777777" w:rsidR="002B6931" w:rsidRDefault="007C17EE">
      <w:r>
        <w:t>[00:23:57] S.</w:t>
      </w:r>
    </w:p>
    <w:p w14:paraId="600D2430" w14:textId="77777777" w:rsidR="002B6931" w:rsidRDefault="007C17EE">
      <w:r>
        <w:t>Kwesi Rollins: Yeah.</w:t>
      </w:r>
    </w:p>
    <w:p w14:paraId="7332256B" w14:textId="77777777" w:rsidR="002B6931" w:rsidRDefault="007C17EE">
      <w:r>
        <w:t>No, I think that's, I think that's [00:24:00] true.</w:t>
      </w:r>
    </w:p>
    <w:p w14:paraId="65D26DDC" w14:textId="77777777" w:rsidR="002B6931" w:rsidRDefault="007C17EE">
      <w:r>
        <w:t>And I, I'm not sure what that is.</w:t>
      </w:r>
    </w:p>
    <w:p w14:paraId="54CD71A7" w14:textId="77777777" w:rsidR="002B6931" w:rsidRDefault="007C17EE">
      <w:r>
        <w:t>Maybe it's deadlines, maybe it's other kind of things.</w:t>
      </w:r>
    </w:p>
    <w:p w14:paraId="688E009D" w14:textId="77777777" w:rsidR="002B6931" w:rsidRDefault="007C17EE">
      <w:r>
        <w:t>There has been a tendency to privilege some information over others and to take shortcuts.</w:t>
      </w:r>
    </w:p>
    <w:p w14:paraId="2ABA64EC" w14:textId="77777777" w:rsidR="002B6931" w:rsidRDefault="007C17EE">
      <w:r>
        <w:t>Now there, there are just goo gobs of evidence coming out that a lot of the, the drugs that have been passed and have gone through trials have only ever been tested on a, a really, a cross-section of society, and that those findings don't automatically apply.</w:t>
      </w:r>
    </w:p>
    <w:p w14:paraId="4BBE7C10" w14:textId="77777777" w:rsidR="002B6931" w:rsidRDefault="007C17EE">
      <w:r>
        <w:t>Findings that are based on, 80% of the results are based on white men in Europe-</w:t>
      </w:r>
    </w:p>
    <w:p w14:paraId="65AA52D8" w14:textId="77777777" w:rsidR="002B6931" w:rsidRDefault="007C17EE">
      <w:r>
        <w:t>[00:24:31] David Osher: Yeah</w:t>
      </w:r>
    </w:p>
    <w:p w14:paraId="52390AEC" w14:textId="77777777" w:rsidR="002B6931" w:rsidRDefault="007C17EE">
      <w:r>
        <w:t>[00:24:31] S.</w:t>
      </w:r>
    </w:p>
    <w:p w14:paraId="7164F37F" w14:textId="77777777" w:rsidR="002B6931" w:rsidRDefault="007C17EE">
      <w:r>
        <w:t>Kwesi Rollins: don't apply to Black women in the Congo.</w:t>
      </w:r>
    </w:p>
    <w:p w14:paraId="48DE4154" w14:textId="77777777" w:rsidR="002B6931" w:rsidRDefault="007C17EE">
      <w:r>
        <w:t>So it's all these kind of...</w:t>
      </w:r>
    </w:p>
    <w:p w14:paraId="117D0677" w14:textId="77777777" w:rsidR="002B6931" w:rsidRDefault="007C17EE">
      <w:r>
        <w:t>So little by little, and of course it costs more money to do that level of study, but there are corollaries to this as well.</w:t>
      </w:r>
    </w:p>
    <w:p w14:paraId="046DB9A2" w14:textId="77777777" w:rsidR="002B6931" w:rsidRDefault="007C17EE">
      <w:r>
        <w:t>So it takes more time to do it well, but when you do it well, then the benefits are there.</w:t>
      </w:r>
    </w:p>
    <w:p w14:paraId="00772A63" w14:textId="77777777" w:rsidR="002B6931" w:rsidRDefault="007C17EE">
      <w:r>
        <w:t>If you do it well and sustain that, the benefits are there, and that for me is the corollary.</w:t>
      </w:r>
    </w:p>
    <w:p w14:paraId="76A1C3B8" w14:textId="77777777" w:rsidR="002B6931" w:rsidRDefault="007C17EE">
      <w:r>
        <w:t>So that even evidence itself sometimes is lacking as evidence, but, and [00:25:00] that's not to be anti, 'cause I'm all for evidence-based practice.</w:t>
      </w:r>
    </w:p>
    <w:p w14:paraId="36DE6D0C" w14:textId="77777777" w:rsidR="002B6931" w:rsidRDefault="007C17EE">
      <w:r>
        <w:lastRenderedPageBreak/>
        <w:t>But we also need the time to make sure it can be implemented in the settings where we exist, because cookie cutter doesn't work.</w:t>
      </w:r>
    </w:p>
    <w:p w14:paraId="0E0A2653" w14:textId="77777777" w:rsidR="002B6931" w:rsidRDefault="007C17EE">
      <w:r>
        <w:t>[00:25:10] David Osher: And a key part of that evidence involves listening to the consumer, listening to the- That's right.</w:t>
      </w:r>
    </w:p>
    <w:p w14:paraId="366D0423" w14:textId="77777777" w:rsidR="002B6931" w:rsidRDefault="007C17EE">
      <w:r>
        <w:t>That's right ... listening to the young person, and incorporating their thinking.</w:t>
      </w:r>
    </w:p>
    <w:p w14:paraId="0F447F38" w14:textId="77777777" w:rsidR="002B6931" w:rsidRDefault="007C17EE">
      <w:r>
        <w:t>Let me, let me ask you a, another question that connects to another area that your work has always been about, which is how to coordinate, align, integrate services, not just within schools, but between schools and communities.</w:t>
      </w:r>
    </w:p>
    <w:p w14:paraId="51D14C47" w14:textId="77777777" w:rsidR="002B6931" w:rsidRDefault="007C17EE">
      <w:r>
        <w:t>And what I want to ask you is, how can leaders in schools and in communities- Better work with families and young people to ensure that the alignment is [00:26:00] not just a paper alignment, but one that is actually embodied in their own experiences.</w:t>
      </w:r>
    </w:p>
    <w:p w14:paraId="65681DD3" w14:textId="77777777" w:rsidR="002B6931" w:rsidRDefault="007C17EE">
      <w:r>
        <w:t>[00:26:08] S.</w:t>
      </w:r>
    </w:p>
    <w:p w14:paraId="664D2647" w14:textId="77777777" w:rsidR="002B6931" w:rsidRDefault="007C17EE">
      <w:r>
        <w:t>Kwesi Rollins: Yeah, it takes time.</w:t>
      </w:r>
    </w:p>
    <w:p w14:paraId="38C270F2" w14:textId="77777777" w:rsidR="002B6931" w:rsidRDefault="007C17EE">
      <w:r>
        <w:t>It, you hear some of the same words.</w:t>
      </w:r>
    </w:p>
    <w:p w14:paraId="1673D71F" w14:textId="77777777" w:rsidR="002B6931" w:rsidRDefault="007C17EE">
      <w:r>
        <w:t>It takes time, it takes intention, it takes collaborating and being in dialogue long enough across agencies to find some solutions.</w:t>
      </w:r>
    </w:p>
    <w:p w14:paraId="7510869E" w14:textId="77777777" w:rsidR="002B6931" w:rsidRDefault="007C17EE">
      <w:r>
        <w:t>It's interesting, I remember taking communities and a group of funders many years ago to visit, to visit a school district that was doing community schools and, and one of their, one of the things that they did to engage families was to have, in Albuquerque now they're calling it Homework Diner, but before then it was called something else.</w:t>
      </w:r>
    </w:p>
    <w:p w14:paraId="16094ABF" w14:textId="77777777" w:rsidR="002B6931" w:rsidRDefault="007C17EE">
      <w:r>
        <w:t>Basically, all of the partners got together and they hosted dinners at school, and families came and ate with their kids and also did homework And, and I remember [00:27:00] distinctly, ironically, a principal, so we had brought a delegation of folks representing various that were interested in learning more and doing this.</w:t>
      </w:r>
    </w:p>
    <w:p w14:paraId="7D8531B6" w14:textId="77777777" w:rsidR="002B6931" w:rsidRDefault="007C17EE">
      <w:r>
        <w:t>And, and I remember the principal from this one place who was part of a, a, a community delegation said, "How do you pay for the food?</w:t>
      </w:r>
    </w:p>
    <w:p w14:paraId="79D11963" w14:textId="77777777" w:rsidR="002B6931" w:rsidRDefault="007C17EE">
      <w:r>
        <w:t>Because we can't buy food as a school, as a district," right?</w:t>
      </w:r>
    </w:p>
    <w:p w14:paraId="65C7D7FC" w14:textId="77777777" w:rsidR="002B6931" w:rsidRDefault="007C17EE">
      <w:r>
        <w:t>And it was a reminder, and then they gave a great answer.</w:t>
      </w:r>
    </w:p>
    <w:p w14:paraId="3EB5C37A" w14:textId="77777777" w:rsidR="002B6931" w:rsidRDefault="007C17EE">
      <w:r>
        <w:t>That's why you have partners, so the partners pay for the f- So at the end of the day, so, you know, so the, the bottom line of the story is the parents and the kids and everybody sitting in the room doing homework together don't care how you pay for the food.</w:t>
      </w:r>
    </w:p>
    <w:p w14:paraId="5E18EC7F" w14:textId="77777777" w:rsidR="002B6931" w:rsidRDefault="007C17EE">
      <w:r>
        <w:t>They don't really, it's not important to them.</w:t>
      </w:r>
    </w:p>
    <w:p w14:paraId="7D35A16B" w14:textId="77777777" w:rsidR="002B6931" w:rsidRDefault="007C17EE">
      <w:r>
        <w:lastRenderedPageBreak/>
        <w:t>They don't need to know The most important thing is you figured it out through collaboration, and now everybody's benefiting.</w:t>
      </w:r>
    </w:p>
    <w:p w14:paraId="0D7E8B8C" w14:textId="77777777" w:rsidR="002B6931" w:rsidRDefault="007C17EE">
      <w:r>
        <w:t>So the parents are more attached to the school, the parents are, the kids are more attached.</w:t>
      </w:r>
    </w:p>
    <w:p w14:paraId="4ABC2F22" w14:textId="77777777" w:rsidR="002B6931" w:rsidRDefault="007C17EE">
      <w:r>
        <w:t>You're, it's linked to learning, which now the evidence says, this is before we had that evidence, that was linked to learning, [00:28:00] so the engagement is really off the charts, et cetera.</w:t>
      </w:r>
    </w:p>
    <w:p w14:paraId="30690AD0" w14:textId="77777777" w:rsidR="002B6931" w:rsidRDefault="007C17EE">
      <w:r>
        <w:t>But if it was only this, if it was only left up to the individual school to figure that out, then the immediate limitation is we can't feed families, so we can't do this.</w:t>
      </w:r>
    </w:p>
    <w:p w14:paraId="48D090C6" w14:textId="77777777" w:rsidR="002B6931" w:rsidRDefault="007C17EE">
      <w:r>
        <w:t>But if you're in partnership with other community-based partners, other agencies, other folks, you probably can find a workaround that everybody will appreciate, and that's...</w:t>
      </w:r>
    </w:p>
    <w:p w14:paraId="044ED326" w14:textId="77777777" w:rsidR="002B6931" w:rsidRDefault="007C17EE">
      <w:r>
        <w:t>But you can't get to the workaround if you're not collaborating enough on a shared vision, a shared goal.</w:t>
      </w:r>
    </w:p>
    <w:p w14:paraId="5F071CC3" w14:textId="77777777" w:rsidR="002B6931" w:rsidRDefault="007C17EE">
      <w:r>
        <w:t>What are we trying to accomplish together?</w:t>
      </w:r>
    </w:p>
    <w:p w14:paraId="2EE75B61" w14:textId="77777777" w:rsidR="002B6931" w:rsidRDefault="007C17EE">
      <w:r>
        <w:t>Which goes to this idea of youth thriving also.</w:t>
      </w:r>
    </w:p>
    <w:p w14:paraId="7CA95959" w14:textId="77777777" w:rsidR="002B6931" w:rsidRDefault="007C17EE">
      <w:r>
        <w:t>What are we trying to accomplish together so we create an environment in which young people can thrive?</w:t>
      </w:r>
    </w:p>
    <w:p w14:paraId="07D5A59E" w14:textId="77777777" w:rsidR="002B6931" w:rsidRDefault="007C17EE">
      <w:r>
        <w:t>Now, young people doing homework with their parents and having a meal and, and the staff and all, that's, that's a poster for thriving.</w:t>
      </w:r>
    </w:p>
    <w:p w14:paraId="2A3F62A9" w14:textId="77777777" w:rsidR="002B6931" w:rsidRDefault="007C17EE">
      <w:r>
        <w:t>An activity that obviously is gonna lead to thriving.</w:t>
      </w:r>
    </w:p>
    <w:p w14:paraId="5CB8B314" w14:textId="77777777" w:rsidR="002B6931" w:rsidRDefault="007C17EE">
      <w:r>
        <w:t>Years later, that would become the nationally renowned program homework diner in the place where that principal asked that question [00:29:00] 15 years ago, and widespread, and has led to all kinds of intriguing kind of developments that are the kind of example we want.</w:t>
      </w:r>
    </w:p>
    <w:p w14:paraId="34BADD42" w14:textId="77777777" w:rsidR="002B6931" w:rsidRDefault="007C17EE">
      <w:r>
        <w:t>But they w- but you never get there unless you answer that question, and then that question obviously got answered because the place we were visiting was not that particular city, but it was a city that was doing that well and had figured that out because they had all of these different agencies collaborating, thinking out loud, figuring out solutions in position to act.</w:t>
      </w:r>
    </w:p>
    <w:p w14:paraId="7FC70264" w14:textId="77777777" w:rsidR="002B6931" w:rsidRDefault="007C17EE">
      <w:r>
        <w:t>And I think we learned that through COVID as well, that COVID was something that no one was prepared for, but communities that already had a tradition of deep collaboration across agency were in a better position to respond.</w:t>
      </w:r>
    </w:p>
    <w:p w14:paraId="10B3B93B" w14:textId="77777777" w:rsidR="002B6931" w:rsidRDefault="007C17EE">
      <w:r>
        <w:t>[00:29:46] David Osher: Yeah.</w:t>
      </w:r>
    </w:p>
    <w:p w14:paraId="59D5CC7F" w14:textId="77777777" w:rsidR="002B6931" w:rsidRDefault="007C17EE">
      <w:r>
        <w:t>[00:29:46] S.</w:t>
      </w:r>
    </w:p>
    <w:p w14:paraId="7A130996" w14:textId="77777777" w:rsidR="002B6931" w:rsidRDefault="007C17EE">
      <w:r>
        <w:lastRenderedPageBreak/>
        <w:t>Kwesi Rollins: Yeah.</w:t>
      </w:r>
    </w:p>
    <w:p w14:paraId="4763BD72" w14:textId="77777777" w:rsidR="002B6931" w:rsidRDefault="007C17EE">
      <w:r>
        <w:t>Because they already had a lot of stuff together.</w:t>
      </w:r>
    </w:p>
    <w:p w14:paraId="5867A54A" w14:textId="77777777" w:rsidR="002B6931" w:rsidRDefault="007C17EE">
      <w:r>
        <w:t>They didn't have to figure out how to work together in the midst of a crisis.</w:t>
      </w:r>
    </w:p>
    <w:p w14:paraId="1B3CF0C9" w14:textId="77777777" w:rsidR="002B6931" w:rsidRDefault="007C17EE">
      <w:r>
        <w:t>They were already working together, and they could be focused on an unknown crisis.</w:t>
      </w:r>
    </w:p>
    <w:p w14:paraId="0BEE0DE3" w14:textId="77777777" w:rsidR="002B6931" w:rsidRDefault="007C17EE">
      <w:r>
        <w:t>[00:29:59] David Osher: So [00:30:00] just like before when you were talking about a team of people who might deploy themselves differently, if one is connected, if one has relationships, if one respects and understands each other, then one can more easily braid the funding, right?</w:t>
      </w:r>
    </w:p>
    <w:p w14:paraId="46978027" w14:textId="77777777" w:rsidR="002B6931" w:rsidRDefault="007C17EE">
      <w:r>
        <w:t>I can take care of this.</w:t>
      </w:r>
    </w:p>
    <w:p w14:paraId="3D1C24F8" w14:textId="77777777" w:rsidR="002B6931" w:rsidRDefault="007C17EE">
      <w:r>
        <w:t>[00:30:17] S.</w:t>
      </w:r>
    </w:p>
    <w:p w14:paraId="7BC31EE6" w14:textId="77777777" w:rsidR="002B6931" w:rsidRDefault="007C17EE">
      <w:r>
        <w:t>Kwesi Rollins: Exactly.</w:t>
      </w:r>
    </w:p>
    <w:p w14:paraId="07855179" w14:textId="77777777" w:rsidR="002B6931" w:rsidRDefault="007C17EE">
      <w:r>
        <w:t>And</w:t>
      </w:r>
    </w:p>
    <w:p w14:paraId="2093426F" w14:textId="77777777" w:rsidR="002B6931" w:rsidRDefault="007C17EE">
      <w:r>
        <w:t>[00:30:18] David Osher: that's within my mandate.</w:t>
      </w:r>
    </w:p>
    <w:p w14:paraId="4C686DFF" w14:textId="77777777" w:rsidR="002B6931" w:rsidRDefault="007C17EE">
      <w:r>
        <w:t>You can take care of this.</w:t>
      </w:r>
    </w:p>
    <w:p w14:paraId="5D50A906" w14:textId="77777777" w:rsidR="002B6931" w:rsidRDefault="007C17EE">
      <w:r>
        <w:t>Y- together we're much more powerful, and- Ideally, when it comes to the parent and the child who are doing the homework together, they don't know that.</w:t>
      </w:r>
    </w:p>
    <w:p w14:paraId="7A713FC4" w14:textId="77777777" w:rsidR="002B6931" w:rsidRDefault="007C17EE">
      <w:r>
        <w:t>They don't need to know it</w:t>
      </w:r>
    </w:p>
    <w:p w14:paraId="65A83451" w14:textId="77777777" w:rsidR="002B6931" w:rsidRDefault="007C17EE">
      <w:r>
        <w:t>[00:30:36] S.</w:t>
      </w:r>
    </w:p>
    <w:p w14:paraId="00EBF9D8" w14:textId="77777777" w:rsidR="002B6931" w:rsidRDefault="007C17EE">
      <w:r>
        <w:t>Kwesi Rollins: They don't need to know it, they don't care.</w:t>
      </w:r>
    </w:p>
    <w:p w14:paraId="77DC94F4" w14:textId="77777777" w:rsidR="002B6931" w:rsidRDefault="007C17EE">
      <w:r>
        <w:t>And that unfortunately, particularly for historically underserved communities, what they experience is, the result that they experience of our inability to work together is gotta go to 17 different agencies across town to get one thing.</w:t>
      </w:r>
    </w:p>
    <w:p w14:paraId="644B4B67" w14:textId="77777777" w:rsidR="002B6931" w:rsidRDefault="007C17EE">
      <w:r>
        <w:t>They experience that as just complete disconnection, challenge, et cetera.</w:t>
      </w:r>
    </w:p>
    <w:p w14:paraId="37988FE7" w14:textId="77777777" w:rsidR="002B6931" w:rsidRDefault="007C17EE">
      <w:r>
        <w:t>But when we've got our stuff together, even [00:31:00] if it's not, it's never a permanent situation, but when we have enough collaboration going together to actually deliver something and keep that going, then families, everybody benefits, and they don't need to know the details.</w:t>
      </w:r>
    </w:p>
    <w:p w14:paraId="72D55074" w14:textId="77777777" w:rsidR="002B6931" w:rsidRDefault="007C17EE">
      <w:r>
        <w:t>And again, it's about who using the positioning.</w:t>
      </w:r>
    </w:p>
    <w:p w14:paraId="7C7C738A" w14:textId="77777777" w:rsidR="002B6931" w:rsidRDefault="007C17EE">
      <w:r>
        <w:lastRenderedPageBreak/>
        <w:t>And so I was struck actually because when I, I'm in this meeting, and I'm in this meeting with program officers from a funder of ours as well, so that question caught me off guard.</w:t>
      </w:r>
    </w:p>
    <w:p w14:paraId="4D6969A5" w14:textId="77777777" w:rsidR="002B6931" w:rsidRDefault="007C17EE">
      <w:r>
        <w:t>That was the first question that came, was, "How do you pay for the food?" Which then you just, and it's oh, okay, so that's a dilemma.</w:t>
      </w:r>
    </w:p>
    <w:p w14:paraId="6006CA2A" w14:textId="77777777" w:rsidR="002B6931" w:rsidRDefault="007C17EE">
      <w:r>
        <w:t>We, and so all these years later I always reflect on that, that reality because it's not that people aren't trying to figure out how to solve these problems, but some of these problems are complex, and so they're not designed, no one agency could solve it anyway</w:t>
      </w:r>
    </w:p>
    <w:p w14:paraId="7F868452" w14:textId="77777777" w:rsidR="002B6931" w:rsidRDefault="007C17EE">
      <w:r>
        <w:t>[00:31:54] David Osher: But I think just as reflection means [00:32:00] understanding what is afforded to you by your position, reflection also can include understanding what you can't do and why you need the help of somebody else, so together you can team.</w:t>
      </w:r>
    </w:p>
    <w:p w14:paraId="668F4089" w14:textId="77777777" w:rsidR="002B6931" w:rsidRDefault="007C17EE">
      <w:r>
        <w:t>[00:32:14] S.</w:t>
      </w:r>
    </w:p>
    <w:p w14:paraId="20ABC6A0" w14:textId="77777777" w:rsidR="002B6931" w:rsidRDefault="007C17EE">
      <w:r>
        <w:t>Kwesi Rollins: Yeah.</w:t>
      </w:r>
    </w:p>
    <w:p w14:paraId="78EFAF74" w14:textId="77777777" w:rsidR="002B6931" w:rsidRDefault="007C17EE">
      <w:r>
        <w:t>Yeah, and then this goes back to what leaders...</w:t>
      </w:r>
    </w:p>
    <w:p w14:paraId="1E2AF259" w14:textId="77777777" w:rsidR="002B6931" w:rsidRDefault="007C17EE">
      <w:r>
        <w:t>So some of this is a leadership question as well.</w:t>
      </w:r>
    </w:p>
    <w:p w14:paraId="70A007E3" w14:textId="77777777" w:rsidR="002B6931" w:rsidRDefault="007C17EE">
      <w:r>
        <w:t>What are you willing to do?</w:t>
      </w:r>
    </w:p>
    <w:p w14:paraId="465B7B36" w14:textId="77777777" w:rsidR="002B6931" w:rsidRDefault="007C17EE">
      <w:r>
        <w:t>And in some settings, because of the environment, a leader is less likely to try to do this innovation because they can't control everything about it, so they're just gonna stick with what they can control, which limits the possible response.</w:t>
      </w:r>
    </w:p>
    <w:p w14:paraId="3E92A819" w14:textId="77777777" w:rsidR="002B6931" w:rsidRDefault="007C17EE">
      <w:r>
        <w:t>And we see a lot of, we see a lot of that, not just in schools, but we see a lot of that in agencies across the board.</w:t>
      </w:r>
    </w:p>
    <w:p w14:paraId="1B47ACFD" w14:textId="77777777" w:rsidR="002B6931" w:rsidRDefault="007C17EE">
      <w:r>
        <w:t>[00:32:42] David Osher: In, in the episode that follows this, there will be Eric Gordon, who you know, who was involved in a, an incredible transformation in Cleveland that is now working in another collaborative organization, and Queena Kim from the UCL [00:33:00] Community Sch- UCLA Community School, that I know you know, 'cause-</w:t>
      </w:r>
    </w:p>
    <w:p w14:paraId="27C41A96" w14:textId="77777777" w:rsidR="002B6931" w:rsidRDefault="007C17EE">
      <w:r>
        <w:t>[00:33:03] S.</w:t>
      </w:r>
    </w:p>
    <w:p w14:paraId="293CBA92" w14:textId="77777777" w:rsidR="002B6931" w:rsidRDefault="007C17EE">
      <w:r>
        <w:t>Kwesi Rollins: Yeah</w:t>
      </w:r>
    </w:p>
    <w:p w14:paraId="19CE30DC" w14:textId="77777777" w:rsidR="002B6931" w:rsidRDefault="007C17EE">
      <w:r>
        <w:t>[00:33:03] David Osher: you've studied it as well.</w:t>
      </w:r>
    </w:p>
    <w:p w14:paraId="163515C8" w14:textId="77777777" w:rsidR="002B6931" w:rsidRDefault="007C17EE">
      <w:r>
        <w:t>And they have, will be providing examples of places that do some of the things you're talking about.</w:t>
      </w:r>
    </w:p>
    <w:p w14:paraId="0D91536E" w14:textId="77777777" w:rsidR="002B6931" w:rsidRDefault="007C17EE">
      <w:r>
        <w:t>I'd like to invite you to describe one other place that you've seen and how it has evolved over time a little where people were able to build in the way that you've talked about.</w:t>
      </w:r>
    </w:p>
    <w:p w14:paraId="1B3A582A" w14:textId="77777777" w:rsidR="002B6931" w:rsidRDefault="007C17EE">
      <w:r>
        <w:lastRenderedPageBreak/>
        <w:t>[00:33:24] S.</w:t>
      </w:r>
    </w:p>
    <w:p w14:paraId="2854F563" w14:textId="77777777" w:rsidR="002B6931" w:rsidRDefault="007C17EE">
      <w:r>
        <w:t>Kwesi Rollins: Yeah.</w:t>
      </w:r>
    </w:p>
    <w:p w14:paraId="5E569E4C" w14:textId="77777777" w:rsidR="002B6931" w:rsidRDefault="007C17EE">
      <w:r>
        <w:t>There are a lot of places that th- that particular place that we took folks to visit all those years ago was Multnomah County, Portland, greater Portland.</w:t>
      </w:r>
    </w:p>
    <w:p w14:paraId="3C03A074" w14:textId="77777777" w:rsidR="002B6931" w:rsidRDefault="007C17EE">
      <w:r>
        <w:t>Yeah.</w:t>
      </w:r>
    </w:p>
    <w:p w14:paraId="722F499F" w14:textId="77777777" w:rsidR="002B6931" w:rsidRDefault="007C17EE">
      <w:r>
        <w:t>Multnomah County decided to adopt the community school strategy back in the late '90s as a, as an anti-poverty strategy, believe it or not.</w:t>
      </w:r>
    </w:p>
    <w:p w14:paraId="1B283D8B" w14:textId="77777777" w:rsidR="002B6931" w:rsidRDefault="007C17EE">
      <w:r>
        <w:t>And the county office of, I guess, health, I can't remember now what they were called, they became the lead of it, and they engaged the six school districts in the county that had the most need, and they engaged a [00:34:00] lot of non-profit partners, and they made it all happen, and they grew.</w:t>
      </w:r>
    </w:p>
    <w:p w14:paraId="71CDBCCF" w14:textId="77777777" w:rsidR="002B6931" w:rsidRDefault="007C17EE">
      <w:r>
        <w:t>From when they started their initiative from eight schools to almost better than 100 now community schools, and have had a lot of fits and starts and bumps along the way, have had federal funding come and go, have had leadership come and go, both at the superintendent level as well as county leadership, city mayors, et cetera.</w:t>
      </w:r>
    </w:p>
    <w:p w14:paraId="7CD13DB1" w14:textId="77777777" w:rsidR="002B6931" w:rsidRDefault="007C17EE">
      <w:r>
        <w:t>But for the most part have kept it going well and have maintained that vision.</w:t>
      </w:r>
    </w:p>
    <w:p w14:paraId="0238B01B" w14:textId="77777777" w:rsidR="002B6931" w:rsidRDefault="007C17EE">
      <w:r>
        <w:t>And along the way they were part of an initiative that we played a role in, introduced them to early childhood stuff, and they became leaders in school readiness programming and creating kindergarten sum- kindergarten summer activities to get kids ready for school.</w:t>
      </w:r>
    </w:p>
    <w:p w14:paraId="53C8B893" w14:textId="77777777" w:rsidR="002B6931" w:rsidRDefault="007C17EE">
      <w:r>
        <w:t>So they just did, they had a collaborative table that they maintained all these years that has been the place where folks figure out how to stay on board here and h- [00:35:00] to grow that initiative.</w:t>
      </w:r>
    </w:p>
    <w:p w14:paraId="565DC528" w14:textId="77777777" w:rsidR="002B6931" w:rsidRDefault="007C17EE">
      <w:r>
        <w:t>Which is a testament to their, not just their longevity, but a testament to their commitment as a community And a lot of things have come and gone in that time.</w:t>
      </w:r>
    </w:p>
    <w:p w14:paraId="666173A2" w14:textId="77777777" w:rsidR="002B6931" w:rsidRDefault="007C17EE">
      <w:r>
        <w:t>Strive came, and then some city leadership that didn't realize what they had decided they, we need to do Strive here, and they figured out how to find some balance there.</w:t>
      </w:r>
    </w:p>
    <w:p w14:paraId="439E0177" w14:textId="77777777" w:rsidR="002B6931" w:rsidRDefault="007C17EE">
      <w:r>
        <w:t>And I think one of the things, e- even in my own reflection, we, over time, it's hard to s- keep and sustain a lot of these efforts for a lot of reasons, including political will, commitment, things coming and going, et cetera.</w:t>
      </w:r>
    </w:p>
    <w:p w14:paraId="1FAB167D" w14:textId="77777777" w:rsidR="002B6931" w:rsidRDefault="007C17EE">
      <w:r>
        <w:t xml:space="preserve">But the places that have managed to do so, I think Cincinnati is another place w- the example of which gave birth to, to Strive, but they too started out around that same time in the late '90s where a juvenile court judge was inspired to do something different 'cause she was tired of seeing kids in her courtroom and decided she wanted to work on the other end </w:t>
      </w:r>
      <w:r>
        <w:lastRenderedPageBreak/>
        <w:t>of the [00:36:00] spectrum tr- on the preventive side, and created Community Learning Centers initiative.</w:t>
      </w:r>
    </w:p>
    <w:p w14:paraId="018A6E3D" w14:textId="77777777" w:rsidR="002B6931" w:rsidRDefault="007C17EE">
      <w:r>
        <w:t>And that has now, has grown and has had national renown, a lot of the schools there.</w:t>
      </w:r>
    </w:p>
    <w:p w14:paraId="36B3CFCF" w14:textId="77777777" w:rsidR="002B6931" w:rsidRDefault="007C17EE">
      <w:r>
        <w:t>And Cincinnati is not perfect, but it does remain a, a full district effort of keeping this going, and still has the support of major funders, still has the support of major leadership, h- has managed to sustain itself through different superintendent leadership, et cetera.</w:t>
      </w:r>
    </w:p>
    <w:p w14:paraId="2B381424" w14:textId="77777777" w:rsidR="002B6931" w:rsidRDefault="007C17EE">
      <w:r>
        <w:t>And so I think those are at least a couple of the examples.</w:t>
      </w:r>
    </w:p>
    <w:p w14:paraId="21696326" w14:textId="77777777" w:rsidR="002B6931" w:rsidRDefault="007C17EE">
      <w:r>
        <w:t>Albuquerque's another where they have m- maybe a slightly later start in figuring out how to get it going, but after it, after that initiative got the right leadership, they really flew and have always had as a core, through a, essentially a memorandum of understanding between the key agencies, the city, the county, the school district, et cetera, always had a [00:37:00] context in which to work.</w:t>
      </w:r>
    </w:p>
    <w:p w14:paraId="630D79E0" w14:textId="77777777" w:rsidR="002B6931" w:rsidRDefault="007C17EE">
      <w:r>
        <w:t>A joint powers agreement, I think, is their language.</w:t>
      </w:r>
    </w:p>
    <w:p w14:paraId="170974BF" w14:textId="77777777" w:rsidR="002B6931" w:rsidRDefault="007C17EE">
      <w:r>
        <w:t>But they have managed to keep that work going and sustain it across the board, and continue to blend and braid and be creative, and serve kids.</w:t>
      </w:r>
    </w:p>
    <w:p w14:paraId="60D08C37" w14:textId="77777777" w:rsidR="002B6931" w:rsidRDefault="007C17EE">
      <w:r>
        <w:t>So I think a lot of this is Really being able to withstand change and have the people that keep their eyes on the main prize in spite of, 'cause there's been obviously in the last 20 years lots of changes.</w:t>
      </w:r>
    </w:p>
    <w:p w14:paraId="3BA0091A" w14:textId="77777777" w:rsidR="002B6931" w:rsidRDefault="007C17EE">
      <w:r>
        <w:t>[00:37:28] David Osher: And I think those are three really good examples.</w:t>
      </w:r>
    </w:p>
    <w:p w14:paraId="0589EC3C" w14:textId="77777777" w:rsidR="002B6931" w:rsidRDefault="007C17EE">
      <w:r>
        <w:t>And, and I, in different ways I know all three.</w:t>
      </w:r>
    </w:p>
    <w:p w14:paraId="17387FB5" w14:textId="77777777" w:rsidR="002B6931" w:rsidRDefault="007C17EE">
      <w:r>
        <w:t>And, and in different ways, but it's part of the same keeping one's eyes on the prize.</w:t>
      </w:r>
    </w:p>
    <w:p w14:paraId="6D880849" w14:textId="77777777" w:rsidR="002B6931" w:rsidRDefault="007C17EE">
      <w:r>
        <w:t>Noma was the one place with an o- an o- office of juvenile justice and delinquency prevention effort on reducing disproportionate minority confinement in the detention that really succeeded, 'cause they kept on looking at the data and said, "Oh, we're not doing this well enough.</w:t>
      </w:r>
    </w:p>
    <w:p w14:paraId="16B2C7F1" w14:textId="77777777" w:rsidR="002B6931" w:rsidRDefault="007C17EE">
      <w:r>
        <w:t>Let's go back." It didn't say, [00:38:00] "Okay, we tried.</w:t>
      </w:r>
    </w:p>
    <w:p w14:paraId="63AD1FEC" w14:textId="77777777" w:rsidR="002B6931" w:rsidRDefault="007C17EE">
      <w:r>
        <w:t>Let's go onto the next thing." And among other things, Cincinnati, to my knowledge, is the only public system in the country that is building Montessori schools to scale.</w:t>
      </w:r>
    </w:p>
    <w:p w14:paraId="03AE837E" w14:textId="77777777" w:rsidR="002B6931" w:rsidRDefault="007C17EE">
      <w:r>
        <w:t>[00:38:13] S.</w:t>
      </w:r>
    </w:p>
    <w:p w14:paraId="58F73BAF" w14:textId="77777777" w:rsidR="002B6931" w:rsidRDefault="007C17EE">
      <w:r>
        <w:t>Kwesi Rollins: Yeah.</w:t>
      </w:r>
    </w:p>
    <w:p w14:paraId="1FB98A48" w14:textId="77777777" w:rsidR="002B6931" w:rsidRDefault="007C17EE">
      <w:r>
        <w:lastRenderedPageBreak/>
        <w:t>[00:38:14] David Osher: That's what i- is usually afforded in this country to only middle-class kids.</w:t>
      </w:r>
    </w:p>
    <w:p w14:paraId="2BFAC09A" w14:textId="77777777" w:rsidR="002B6931" w:rsidRDefault="007C17EE">
      <w:r>
        <w:t>Mm-hmm.</w:t>
      </w:r>
    </w:p>
    <w:p w14:paraId="4DBBA29F" w14:textId="77777777" w:rsidR="002B6931" w:rsidRDefault="007C17EE">
      <w:r>
        <w:t>It's afforded to all kids within Cincinnati.</w:t>
      </w:r>
    </w:p>
    <w:p w14:paraId="325A7CF6" w14:textId="77777777" w:rsidR="002B6931" w:rsidRDefault="007C17EE">
      <w:r>
        <w:t>This is part of, I think, keeping one's eye on the prize and not just getting caught in an initiative.</w:t>
      </w:r>
    </w:p>
    <w:p w14:paraId="5478C2FB" w14:textId="77777777" w:rsidR="002B6931" w:rsidRDefault="007C17EE">
      <w:r>
        <w:t>[00:38:31] S.</w:t>
      </w:r>
    </w:p>
    <w:p w14:paraId="37DCFA51" w14:textId="77777777" w:rsidR="002B6931" w:rsidRDefault="007C17EE">
      <w:r>
        <w:t>Kwesi Rollins: Yeah.</w:t>
      </w:r>
    </w:p>
    <w:p w14:paraId="337BB4D1" w14:textId="77777777" w:rsidR="002B6931" w:rsidRDefault="007C17EE">
      <w:r>
        <w:t>And none of these efforts are perfect, but I think they've been at it long enough so that there's always room for improvement and there's always room for engaging voices that have not always been active in the midst of that.</w:t>
      </w:r>
    </w:p>
    <w:p w14:paraId="2BD48307" w14:textId="77777777" w:rsidR="002B6931" w:rsidRDefault="007C17EE">
      <w:r>
        <w:t>I think part of this also is, as if you stick around long enough and there, there are new frameworks are introduced, new names of things are introduced, new funding streams are produced because new funders are in the game.</w:t>
      </w:r>
    </w:p>
    <w:p w14:paraId="12B379DD" w14:textId="77777777" w:rsidR="002B6931" w:rsidRDefault="007C17EE">
      <w:r>
        <w:t>[00:39:00] And I think where their hearts are in the right place is that by trying to fund innovation, but what often gets missed is that we don't just need innovation for innovation's sake, but we need to sustain what works well and we need to also be, and this is where going back and actually looking at our practice, we need to understand the deeper way, is the problem that the intervention was wrong-headed, or is the problem that we never really implemented it correctly or understood what the barriers, w</w:t>
      </w:r>
      <w:r>
        <w:t>hat the challenges were?</w:t>
      </w:r>
    </w:p>
    <w:p w14:paraId="0A56D05B" w14:textId="77777777" w:rsidR="002B6931" w:rsidRDefault="007C17EE">
      <w:r>
        <w:t>And in a society that's always every, every couple of years wanting to go towards the new, you miss those lessons.</w:t>
      </w:r>
    </w:p>
    <w:p w14:paraId="3F83E7F5" w14:textId="77777777" w:rsidR="002B6931" w:rsidRDefault="007C17EE">
      <w:r>
        <w:t>[00:39:41] David Osher: And if I am right to go back to themes you brought in before about reflection and listening to the voices of others and their expertise, if families and youth are at the table in a way where there's a capacity for [00:40:00] them to- Voice and be heard, then what often are seen as unanticipated consequences are actually anticipatable.</w:t>
      </w:r>
    </w:p>
    <w:p w14:paraId="426684FC" w14:textId="77777777" w:rsidR="002B6931" w:rsidRDefault="007C17EE">
      <w:r>
        <w:t>[00:40:12] S.</w:t>
      </w:r>
    </w:p>
    <w:p w14:paraId="72088F5C" w14:textId="77777777" w:rsidR="002B6931" w:rsidRDefault="007C17EE">
      <w:r>
        <w:t>Kwesi Rollins: That's right.</w:t>
      </w:r>
    </w:p>
    <w:p w14:paraId="4D70B821" w14:textId="77777777" w:rsidR="002B6931" w:rsidRDefault="007C17EE">
      <w:r>
        <w:t>No, I think that's right.</w:t>
      </w:r>
    </w:p>
    <w:p w14:paraId="78549FA1" w14:textId="77777777" w:rsidR="002B6931" w:rsidRDefault="007C17EE">
      <w:r>
        <w:t>Yeah, because if you're only...</w:t>
      </w:r>
    </w:p>
    <w:p w14:paraId="617CD4EE" w14:textId="77777777" w:rsidR="002B6931" w:rsidRDefault="007C17EE">
      <w:r>
        <w:t>If you're not listening to everybody who is- has something at stake, you could get lucky and get the right solution.</w:t>
      </w:r>
    </w:p>
    <w:p w14:paraId="0D018874" w14:textId="77777777" w:rsidR="002B6931" w:rsidRDefault="007C17EE">
      <w:r>
        <w:lastRenderedPageBreak/>
        <w:t>Yeah.</w:t>
      </w:r>
    </w:p>
    <w:p w14:paraId="0EDC8364" w14:textId="77777777" w:rsidR="002B6931" w:rsidRDefault="007C17EE">
      <w:r>
        <w:t>But more often than not, you're missing something.</w:t>
      </w:r>
    </w:p>
    <w:p w14:paraId="3CA93E1D" w14:textId="77777777" w:rsidR="002B6931" w:rsidRDefault="007C17EE">
      <w:r>
        <w:t>[00:40:25] David Osher: That's right.</w:t>
      </w:r>
    </w:p>
    <w:p w14:paraId="43C0AD82" w14:textId="77777777" w:rsidR="002B6931" w:rsidRDefault="007C17EE">
      <w:r>
        <w:t>[00:40:26] S.</w:t>
      </w:r>
    </w:p>
    <w:p w14:paraId="51CD3F4C" w14:textId="77777777" w:rsidR="002B6931" w:rsidRDefault="007C17EE">
      <w:r>
        <w:t>Kwesi Rollins: And you're missing a critical voice, a critical insight, another way of looking at it.</w:t>
      </w:r>
    </w:p>
    <w:p w14:paraId="4A02361A" w14:textId="77777777" w:rsidR="002B6931" w:rsidRDefault="007C17EE">
      <w:r>
        <w:t>Or frankly, because particularly for historically underserved communities, a lot of stuff is done to them on their behalf, but not with them.</w:t>
      </w:r>
    </w:p>
    <w:p w14:paraId="51E26813" w14:textId="77777777" w:rsidR="002B6931" w:rsidRDefault="007C17EE">
      <w:r>
        <w:t>And so there's, that's a recipe for disaster more times than not.</w:t>
      </w:r>
    </w:p>
    <w:p w14:paraId="75BF7891" w14:textId="77777777" w:rsidR="002B6931" w:rsidRDefault="007C17EE">
      <w:r>
        <w:t>[00:40:47] David Osher: And the voice, and listening to voices even includes listen to the voices o- of everybody.</w:t>
      </w:r>
    </w:p>
    <w:p w14:paraId="4D814072" w14:textId="77777777" w:rsidR="002B6931" w:rsidRDefault="007C17EE">
      <w:r>
        <w:t>It's important for someone to be able to say, "It's great to have the food, but I can't pay for it."</w:t>
      </w:r>
      <w:r>
        <w:br/>
      </w:r>
      <w:r>
        <w:t>'Cause otherwise- Right ... you [00:41:00] have this wonderful plan, and lo and behold, there's no food.</w:t>
      </w:r>
    </w:p>
    <w:p w14:paraId="7292334C" w14:textId="77777777" w:rsidR="002B6931" w:rsidRDefault="007C17EE">
      <w:r>
        <w:t>[00:41:03] S.</w:t>
      </w:r>
    </w:p>
    <w:p w14:paraId="6DC6DB4D" w14:textId="77777777" w:rsidR="002B6931" w:rsidRDefault="007C17EE">
      <w:r>
        <w:t>Kwesi Rollins: There's no food.</w:t>
      </w:r>
    </w:p>
    <w:p w14:paraId="00D7FA02" w14:textId="77777777" w:rsidR="002B6931" w:rsidRDefault="007C17EE">
      <w:r>
        <w:t>So it's my, it's been my job to add value to people's efforts, to help boost their capacity, build their capacity, share insights, give them opportunities to learn from peers.</w:t>
      </w:r>
    </w:p>
    <w:p w14:paraId="789EDAE4" w14:textId="77777777" w:rsidR="002B6931" w:rsidRDefault="007C17EE">
      <w:r>
        <w:t>And that's good.</w:t>
      </w:r>
    </w:p>
    <w:p w14:paraId="01405791" w14:textId="77777777" w:rsidR="002B6931" w:rsidRDefault="007C17EE">
      <w:r>
        <w:t>That's been wonderful work for me personally to really add value to other efforts.</w:t>
      </w:r>
    </w:p>
    <w:p w14:paraId="1C6C028F" w14:textId="77777777" w:rsidR="002B6931" w:rsidRDefault="007C17EE">
      <w:r>
        <w:t>I'm not...</w:t>
      </w:r>
    </w:p>
    <w:p w14:paraId="76AAFA38" w14:textId="77777777" w:rsidR="002B6931" w:rsidRDefault="007C17EE">
      <w:r>
        <w:t>It's been a long time since I was directly in a, in city government actually leading the kind of effort that I'm now trying to impact and support.</w:t>
      </w:r>
    </w:p>
    <w:p w14:paraId="184E2C9F" w14:textId="77777777" w:rsidR="002B6931" w:rsidRDefault="007C17EE">
      <w:r>
        <w:t>I think the big missing piece in that now is the whole issue around collaboration and deep partnership being capacities.</w:t>
      </w:r>
    </w:p>
    <w:p w14:paraId="0A128BA2" w14:textId="77777777" w:rsidR="002B6931" w:rsidRDefault="007C17EE">
      <w:r>
        <w:t>And, and so people ha- people can learn how to do that better.</w:t>
      </w:r>
    </w:p>
    <w:p w14:paraId="04837E5A" w14:textId="77777777" w:rsidR="002B6931" w:rsidRDefault="007C17EE">
      <w:r>
        <w:t>We have more evidence about what that looks like.</w:t>
      </w:r>
    </w:p>
    <w:p w14:paraId="4392F486" w14:textId="77777777" w:rsidR="002B6931" w:rsidRDefault="007C17EE">
      <w:r>
        <w:t>People can actually learn what it takes to better engage families, the extra oomph.</w:t>
      </w:r>
    </w:p>
    <w:p w14:paraId="77BB8A80" w14:textId="77777777" w:rsidR="002B6931" w:rsidRDefault="007C17EE">
      <w:r>
        <w:lastRenderedPageBreak/>
        <w:t>And again, it's in that, it's really, I use language like this now because people [00:42:00] can see that, it's in that gap between practice and espoused values.</w:t>
      </w:r>
    </w:p>
    <w:p w14:paraId="70BD37D3" w14:textId="77777777" w:rsidR="002B6931" w:rsidRDefault="007C17EE">
      <w:r>
        <w:t>That gap is where we've gotta work, and in that gap, we bridge that gap through capacity building, intention, reflection, honesty, new systems and structures.</w:t>
      </w:r>
    </w:p>
    <w:p w14:paraId="26138613" w14:textId="77777777" w:rsidR="002B6931" w:rsidRDefault="007C17EE">
      <w:r>
        <w:t>That's what, that's how you deal with that, that gap, and when you're not doing that then you'll always, you'll pay lip service to the notion of it.</w:t>
      </w:r>
    </w:p>
    <w:p w14:paraId="560B5A72" w14:textId="77777777" w:rsidR="002B6931" w:rsidRDefault="007C17EE">
      <w:r>
        <w:t>And then all of us as organizations have to espouse that even for us, we deeply value the voice of families, but we have to figure out how to raise money to get- if we wanna have family voice, we gotta raise money because I have a budget and I can travel.</w:t>
      </w:r>
    </w:p>
    <w:p w14:paraId="0C99B590" w14:textId="77777777" w:rsidR="002B6931" w:rsidRDefault="007C17EE">
      <w:r>
        <w:t>Families don't have a budget, they can't go, they can't get to stuff.</w:t>
      </w:r>
    </w:p>
    <w:p w14:paraId="7FD7093C" w14:textId="77777777" w:rsidR="002B6931" w:rsidRDefault="007C17EE">
      <w:r>
        <w:t>They can't get off work.</w:t>
      </w:r>
    </w:p>
    <w:p w14:paraId="778A3E47" w14:textId="77777777" w:rsidR="002B6931" w:rsidRDefault="007C17EE">
      <w:r>
        <w:t>There's all these, these issues.</w:t>
      </w:r>
    </w:p>
    <w:p w14:paraId="0D8410D3" w14:textId="77777777" w:rsidR="002B6931" w:rsidRDefault="007C17EE">
      <w:r>
        <w:t>Same thing with young people.</w:t>
      </w:r>
    </w:p>
    <w:p w14:paraId="1E8618D7" w14:textId="77777777" w:rsidR="002B6931" w:rsidRDefault="007C17EE">
      <w:r>
        <w:t>We've gotta do more to make sure that they actually have a meaningful voice at the table, and we've gotta be clear about what that is, so of course you have to be in relationship with folks to [00:43:00] understand what that is and not just make assumptions.</w:t>
      </w:r>
    </w:p>
    <w:p w14:paraId="1973ADB3" w14:textId="77777777" w:rsidR="002B6931" w:rsidRDefault="007C17EE">
      <w:r>
        <w:t>But you know what, in, in past practice, what we've done is basically just shy of being tokenism where you just kind of give people a few slots and then they're just dropped in the deep side of the pool and expected to thrive somehow with all these other people who are seasoned veterans at whatever.</w:t>
      </w:r>
    </w:p>
    <w:p w14:paraId="05DB6B58" w14:textId="77777777" w:rsidR="002B6931" w:rsidRDefault="007C17EE">
      <w:r>
        <w:t>And so I think that's the big difference all these years later.</w:t>
      </w:r>
    </w:p>
    <w:p w14:paraId="4DB1D51A" w14:textId="77777777" w:rsidR="002B6931" w:rsidRDefault="007C17EE">
      <w:r>
        <w:t>I think we've got more language and evidence from other fields that are informing these concepts around collaboration.</w:t>
      </w:r>
    </w:p>
    <w:p w14:paraId="3A4920E2" w14:textId="77777777" w:rsidR="002B6931" w:rsidRDefault="007C17EE">
      <w:r>
        <w:t>It's always been a good idea to collaborate, but we know a lot more now about what it's gonna take to do it well and to sustain it</w:t>
      </w:r>
    </w:p>
    <w:p w14:paraId="227F6129" w14:textId="77777777" w:rsidR="002B6931" w:rsidRDefault="007C17EE">
      <w:r>
        <w:t>[00:43:42] David Osher: That's great, Kwesi, and it actually connects to subsequent podcast events because the next one that deals with Cleveland and the UCLA Community School and the fundamental elements of effective [00:44:00] change, and the one that follows it that focuses on readiness will further elaborate on these really important points you're making.</w:t>
      </w:r>
    </w:p>
    <w:p w14:paraId="0BBF1A52" w14:textId="77777777" w:rsidR="002B6931" w:rsidRDefault="007C17EE">
      <w:r>
        <w:t>It's not enough to have a value.</w:t>
      </w:r>
    </w:p>
    <w:p w14:paraId="3D6166A6" w14:textId="77777777" w:rsidR="002B6931" w:rsidRDefault="007C17EE">
      <w:r>
        <w:t>It's not enough to talk about the need for collaboration or the need for families to be at the table and young people.</w:t>
      </w:r>
    </w:p>
    <w:p w14:paraId="5CABC43F" w14:textId="77777777" w:rsidR="002B6931" w:rsidRDefault="007C17EE">
      <w:r>
        <w:lastRenderedPageBreak/>
        <w:t>It is building that capacity-</w:t>
      </w:r>
    </w:p>
    <w:p w14:paraId="44948BD7" w14:textId="77777777" w:rsidR="002B6931" w:rsidRDefault="007C17EE">
      <w:r>
        <w:t>[00:44:21] S.</w:t>
      </w:r>
    </w:p>
    <w:p w14:paraId="11C5809D" w14:textId="77777777" w:rsidR="002B6931" w:rsidRDefault="007C17EE">
      <w:r>
        <w:t>Kwesi Rollins: Yeah ...</w:t>
      </w:r>
    </w:p>
    <w:p w14:paraId="60E3C1C7" w14:textId="77777777" w:rsidR="002B6931" w:rsidRDefault="007C17EE">
      <w:r>
        <w:t>[00:44:21] David Osher: and creating the conditions where those are real.</w:t>
      </w:r>
    </w:p>
    <w:p w14:paraId="1C8DD8B8" w14:textId="77777777" w:rsidR="002B6931" w:rsidRDefault="007C17EE">
      <w:r>
        <w:t>So let me bring us to a near close by asking you, if I'm a hardworking community leader, school leader, someone working in a school or a community organization, and I wanna take what you're saying and act on it right now- What are the things that I could be doing right now, no matter what are the pressures that I'm also facing?</w:t>
      </w:r>
    </w:p>
    <w:p w14:paraId="08BFD421" w14:textId="77777777" w:rsidR="002B6931" w:rsidRDefault="007C17EE">
      <w:r>
        <w:t>[00:44:56] S.</w:t>
      </w:r>
    </w:p>
    <w:p w14:paraId="42399BD4" w14:textId="77777777" w:rsidR="002B6931" w:rsidRDefault="007C17EE">
      <w:r>
        <w:t>Kwesi Rollins: Yeah.</w:t>
      </w:r>
    </w:p>
    <w:p w14:paraId="371BE371" w14:textId="77777777" w:rsidR="002B6931" w:rsidRDefault="007C17EE">
      <w:r>
        <w:t>How,</w:t>
      </w:r>
    </w:p>
    <w:p w14:paraId="43F12E35" w14:textId="77777777" w:rsidR="002B6931" w:rsidRDefault="007C17EE">
      <w:r>
        <w:t>[00:44:57] David Osher: what are the important low-hanging fruits that I [00:45:00] should be looking for?</w:t>
      </w:r>
    </w:p>
    <w:p w14:paraId="16867E06" w14:textId="77777777" w:rsidR="002B6931" w:rsidRDefault="007C17EE">
      <w:r>
        <w:t>[00:45:01] S.</w:t>
      </w:r>
    </w:p>
    <w:p w14:paraId="409D6CB1" w14:textId="77777777" w:rsidR="002B6931" w:rsidRDefault="007C17EE">
      <w:r>
        <w:t>Kwesi Rollins: Yeah, I think it's, and again, it really depends on where you are in your work, in your agency, et cetera.</w:t>
      </w:r>
    </w:p>
    <w:p w14:paraId="725FAB33" w14:textId="77777777" w:rsidR="002B6931" w:rsidRDefault="007C17EE">
      <w:r>
        <w:t>I do think a, a deep examination of what your strategies are currently, what's hitting and what's missing, who could you be working with or in dialogue with to maybe move the needle a little bit more, even if it's outside of official channels.</w:t>
      </w:r>
    </w:p>
    <w:p w14:paraId="5B37A8C1" w14:textId="77777777" w:rsidR="002B6931" w:rsidRDefault="007C17EE">
      <w:r>
        <w:t>What risk are you willing to take to say, "Hey, man, we could...</w:t>
      </w:r>
    </w:p>
    <w:p w14:paraId="0151DD3E" w14:textId="77777777" w:rsidR="002B6931" w:rsidRDefault="007C17EE">
      <w:r>
        <w:t>If I, if we could have a relationship with this organization, that might help us go to the next level." But what would it look like to start a conversation without waiting on permission to do?</w:t>
      </w:r>
    </w:p>
    <w:p w14:paraId="3CA140EE" w14:textId="77777777" w:rsidR="002B6931" w:rsidRDefault="007C17EE">
      <w:r>
        <w:t>I'm not suggesting that people go out and risk their jobs, but a lot of this is about being creative with what you have and being honest about what, what results you're getting and why, and what could you be doing different with your energy, with your time, with your position.</w:t>
      </w:r>
    </w:p>
    <w:p w14:paraId="1144C727" w14:textId="77777777" w:rsidR="002B6931" w:rsidRDefault="007C17EE">
      <w:r>
        <w:t>I think that's where, that's where I would start.</w:t>
      </w:r>
    </w:p>
    <w:p w14:paraId="1698D632" w14:textId="77777777" w:rsidR="002B6931" w:rsidRDefault="007C17EE">
      <w:r>
        <w:t>That's where I have always, [00:46:00] and I've...</w:t>
      </w:r>
    </w:p>
    <w:p w14:paraId="005E0A65" w14:textId="77777777" w:rsidR="002B6931" w:rsidRDefault="007C17EE">
      <w:r>
        <w:lastRenderedPageBreak/>
        <w:t>Long career now, but it's always been about being in communication with like-minded folks who have similar values, but also just trying to make a difference with their time and not just collecting a paycheck and not as worried about it.</w:t>
      </w:r>
    </w:p>
    <w:p w14:paraId="32C16A15" w14:textId="77777777" w:rsidR="002B6931" w:rsidRDefault="007C17EE">
      <w:r>
        <w:t>I think surrounding yourself with people who don't think like you necessarily, but people who are committed to their work and committed to change, people who you can learn from.</w:t>
      </w:r>
    </w:p>
    <w:p w14:paraId="410F739C" w14:textId="77777777" w:rsidR="002B6931" w:rsidRDefault="007C17EE">
      <w:r>
        <w:t>We don't hear as much about lifelong learners anymore.</w:t>
      </w:r>
    </w:p>
    <w:p w14:paraId="08D2F095" w14:textId="77777777" w:rsidR="002B6931" w:rsidRDefault="007C17EE">
      <w:r>
        <w:t>I've been a lifelong learner.</w:t>
      </w:r>
    </w:p>
    <w:p w14:paraId="1F642D7E" w14:textId="77777777" w:rsidR="002B6931" w:rsidRDefault="007C17EE">
      <w:r>
        <w:t>I always, I love being in settings where I can learn some stuff,</w:t>
      </w:r>
      <w:r>
        <w:br/>
        <w:t>I can be pushed, I can think about things differently.</w:t>
      </w:r>
    </w:p>
    <w:p w14:paraId="6131F870" w14:textId="77777777" w:rsidR="002B6931" w:rsidRDefault="007C17EE">
      <w:r>
        <w:t>And I bring something to the table in those conversations today, but I'm also there, oh, I didn't think about it that way, and who could I be in dialogue with- Yeah ... to push my own thinking and have a, we talk about growth mindset, but that's what that is.</w:t>
      </w:r>
    </w:p>
    <w:p w14:paraId="5514CD55" w14:textId="77777777" w:rsidR="002B6931" w:rsidRDefault="007C17EE">
      <w:r>
        <w:t>It's like, what do I need to know to do better, and who can I be with, who can I be around to learn from?</w:t>
      </w:r>
    </w:p>
    <w:p w14:paraId="1A161E42" w14:textId="77777777" w:rsidR="002B6931" w:rsidRDefault="007C17EE">
      <w:r>
        <w:t>Get some [00:47:00] mentors.</w:t>
      </w:r>
    </w:p>
    <w:p w14:paraId="5D937E6D" w14:textId="77777777" w:rsidR="002B6931" w:rsidRDefault="007C17EE">
      <w:r>
        <w:t>Mentor some people and get some mentors.</w:t>
      </w:r>
    </w:p>
    <w:p w14:paraId="7E65FB21" w14:textId="77777777" w:rsidR="002B6931" w:rsidRDefault="007C17EE">
      <w:r>
        <w:t>[00:47:05] David Osher: Great.</w:t>
      </w:r>
    </w:p>
    <w:p w14:paraId="29601188" w14:textId="77777777" w:rsidR="002B6931" w:rsidRDefault="007C17EE">
      <w:r>
        <w:t>Thanks a lot.</w:t>
      </w:r>
    </w:p>
    <w:p w14:paraId="658D6180" w14:textId="77777777" w:rsidR="002B6931" w:rsidRDefault="007C17EE">
      <w:r>
        <w:t>This is really wonderful.</w:t>
      </w:r>
    </w:p>
    <w:p w14:paraId="7BE25632" w14:textId="77777777" w:rsidR="002B6931" w:rsidRDefault="007C17EE">
      <w:r>
        <w:t>[00:47:09] Speaker 5: There's [00:48:00] a</w:t>
      </w:r>
    </w:p>
    <w:sectPr w:rsidR="002B6931" w:rsidSect="004518DF">
      <w:headerReference w:type="default" r:id="rId8"/>
      <w:footerReference w:type="even" r:id="rId9"/>
      <w:footerReference w:type="defaul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30C44D" w14:textId="77777777" w:rsidR="007C17EE" w:rsidRDefault="007C17EE" w:rsidP="004518DF">
      <w:pPr>
        <w:spacing w:after="0" w:line="240" w:lineRule="auto"/>
      </w:pPr>
      <w:r>
        <w:separator/>
      </w:r>
    </w:p>
  </w:endnote>
  <w:endnote w:type="continuationSeparator" w:id="0">
    <w:p w14:paraId="0F4D5183" w14:textId="77777777" w:rsidR="007C17EE" w:rsidRDefault="007C17EE" w:rsidP="00451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04994318"/>
      <w:docPartObj>
        <w:docPartGallery w:val="Page Numbers (Bottom of Page)"/>
        <w:docPartUnique/>
      </w:docPartObj>
    </w:sdtPr>
    <w:sdtContent>
      <w:p w14:paraId="4CD672C9" w14:textId="0D3AB995" w:rsidR="004518DF" w:rsidRDefault="004518DF"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0ABE0A9" w14:textId="77777777" w:rsidR="004518DF" w:rsidRDefault="004518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01969236"/>
      <w:docPartObj>
        <w:docPartGallery w:val="Page Numbers (Bottom of Page)"/>
        <w:docPartUnique/>
      </w:docPartObj>
    </w:sdtPr>
    <w:sdtContent>
      <w:p w14:paraId="1684B56C" w14:textId="005BEB84" w:rsidR="004518DF" w:rsidRDefault="004518DF"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8169CA7" w14:textId="77777777" w:rsidR="004518DF" w:rsidRDefault="00451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2E458F" w14:textId="77777777" w:rsidR="007C17EE" w:rsidRDefault="007C17EE" w:rsidP="004518DF">
      <w:pPr>
        <w:spacing w:after="0" w:line="240" w:lineRule="auto"/>
      </w:pPr>
      <w:r>
        <w:separator/>
      </w:r>
    </w:p>
  </w:footnote>
  <w:footnote w:type="continuationSeparator" w:id="0">
    <w:p w14:paraId="17401120" w14:textId="77777777" w:rsidR="007C17EE" w:rsidRDefault="007C17EE" w:rsidP="00451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2BF2B3" w14:textId="77777777" w:rsidR="004518DF" w:rsidRPr="004518DF" w:rsidRDefault="004518DF" w:rsidP="004518DF">
    <w:pPr>
      <w:rPr>
        <w:color w:val="4F81BD" w:themeColor="accent1"/>
        <w:sz w:val="28"/>
        <w:szCs w:val="28"/>
      </w:rPr>
    </w:pPr>
    <w:r w:rsidRPr="004518DF">
      <w:rPr>
        <w:color w:val="4F81BD" w:themeColor="accent1"/>
        <w:sz w:val="28"/>
        <w:szCs w:val="28"/>
      </w:rPr>
      <w:t xml:space="preserve">Discussion with Kwesi Rollins &amp; David Osher Part </w:t>
    </w:r>
    <w:proofErr w:type="gramStart"/>
    <w:r w:rsidRPr="004518DF">
      <w:rPr>
        <w:color w:val="4F81BD" w:themeColor="accent1"/>
        <w:sz w:val="28"/>
        <w:szCs w:val="28"/>
      </w:rPr>
      <w:t>H..</w:t>
    </w:r>
    <w:proofErr w:type="gramEnd"/>
  </w:p>
  <w:p w14:paraId="2CCFCEF7" w14:textId="11150894" w:rsidR="004518DF" w:rsidRDefault="004518DF">
    <w:pPr>
      <w:pStyle w:val="Header"/>
    </w:pPr>
    <w:r>
      <w:t>________________________________________________________________________________</w:t>
    </w:r>
  </w:p>
  <w:p w14:paraId="6D6362E4" w14:textId="77777777" w:rsidR="004518DF" w:rsidRDefault="004518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25906918">
    <w:abstractNumId w:val="8"/>
  </w:num>
  <w:num w:numId="2" w16cid:durableId="1471636242">
    <w:abstractNumId w:val="6"/>
  </w:num>
  <w:num w:numId="3" w16cid:durableId="1930196160">
    <w:abstractNumId w:val="5"/>
  </w:num>
  <w:num w:numId="4" w16cid:durableId="1559391172">
    <w:abstractNumId w:val="4"/>
  </w:num>
  <w:num w:numId="5" w16cid:durableId="1324816115">
    <w:abstractNumId w:val="7"/>
  </w:num>
  <w:num w:numId="6" w16cid:durableId="855776566">
    <w:abstractNumId w:val="3"/>
  </w:num>
  <w:num w:numId="7" w16cid:durableId="311105431">
    <w:abstractNumId w:val="2"/>
  </w:num>
  <w:num w:numId="8" w16cid:durableId="1360665173">
    <w:abstractNumId w:val="1"/>
  </w:num>
  <w:num w:numId="9" w16cid:durableId="14932359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B6931"/>
    <w:rsid w:val="00326F90"/>
    <w:rsid w:val="004518DF"/>
    <w:rsid w:val="007C17EE"/>
    <w:rsid w:val="0084048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F89FA5"/>
  <w14:defaultImageDpi w14:val="300"/>
  <w15:docId w15:val="{EB6D6BEF-C104-6444-9165-0EEECBB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451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7954</Words>
  <Characters>36912</Characters>
  <Application>Microsoft Office Word</Application>
  <DocSecurity>0</DocSecurity>
  <Lines>723</Lines>
  <Paragraphs>498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44368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Long</cp:lastModifiedBy>
  <cp:revision>2</cp:revision>
  <dcterms:created xsi:type="dcterms:W3CDTF">2026-08-03T17:13:00Z</dcterms:created>
  <dcterms:modified xsi:type="dcterms:W3CDTF">2026-08-03T17:13:00Z</dcterms:modified>
  <cp:category/>
</cp:coreProperties>
</file>