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B3FA97" w14:textId="77777777" w:rsidR="002B6931" w:rsidRPr="004518DF" w:rsidRDefault="007C17EE">
      <w:pPr>
        <w:rPr>
          <w:color w:val="4F81BD" w:themeColor="accent1"/>
          <w:sz w:val="28"/>
          <w:szCs w:val="28"/>
        </w:rPr>
      </w:pPr>
      <w:r w:rsidRPr="004518DF">
        <w:rPr>
          <w:color w:val="4F81BD" w:themeColor="accent1"/>
          <w:sz w:val="28"/>
          <w:szCs w:val="28"/>
        </w:rPr>
        <w:t>Conversación con Kwesi Rollins y David Osher, Parte H.</w:t>
      </w:r>
    </w:p>
    <w:p w14:paraId="73A165DE" w14:textId="77777777" w:rsidR="002B6931" w:rsidRDefault="007C17EE">
      <w:r>
        <w:t>[00:00:00] David Osher: Nuestras conversaciones en este episodio ya han mostrado cómo puede ser un apoyo coordinado: un adulto de confianza que permanece presente, intervenciones adaptadas al niño y al contexto, y equipos que siguen siendo responsables cuando las necesidades son complejas.</w:t>
      </w:r>
    </w:p>
    <w:p w14:paraId="11CDEEE3" w14:textId="77777777" w:rsidR="002B6931" w:rsidRDefault="007C17EE">
      <w:r>
        <w:t>Kwesi Rollins plantea una pregunta relacionada, pero más difícil: ¿Quién ostenta el poder dentro de esos acuerdos y cómo podemos saber si la participación de la comunidad y la voz de las familias y los jóvenes son reales o simplemente una declaración de intenciones?</w:t>
      </w:r>
    </w:p>
    <w:p w14:paraId="245229E5" w14:textId="77777777" w:rsidR="002B6931" w:rsidRDefault="007C17EE">
      <w:r>
        <w:t xml:space="preserve">Kwesi ha dedicado décadas a trabajar en la intersección de la participación familiar y comunitaria, el desarrollo del liderazgo y la colaboración intersectorial. </w:t>
      </w:r>
      <w:r>
        <w:br/>
        <w:t>Al igual que John Lochman, quien nos enseñó a no centrarnos únicamente en el comportamiento visible en el momento, Kwesi nos pide que no confiemos en los valores que una institución se atribuye a sí misma.</w:t>
      </w:r>
    </w:p>
    <w:p w14:paraId="7F1E0F34" w14:textId="77777777" w:rsidR="002B6931" w:rsidRDefault="007C17EE">
      <w:r>
        <w:t>Parte de una imagen que le resulta muy familiar: si detuvieras a 10 superintendentes en la calle y les preguntaras si la participación de la familia es importante, los 10 dirían que sí.</w:t>
      </w:r>
    </w:p>
    <w:p w14:paraId="3F3A3600" w14:textId="77777777" w:rsidR="002B6931" w:rsidRDefault="007C17EE">
      <w:r>
        <w:t>La verdadera evidencia, nos dice [00:01:00], está en otra parte, en los presupuestos, el personal, las reuniones del gabinete y la membresía, los horarios de las reuniones, el acceso lingüístico y lo que realmente sucede cuando una familia no está de acuerdo con los profesionales en la sala. Para CWASI, la participación comunitaria es una capacidad, no solo un conjunto de habilidades individuales.</w:t>
      </w:r>
    </w:p>
    <w:p w14:paraId="37367E6F" w14:textId="77777777" w:rsidR="002B6931" w:rsidRDefault="007C17EE">
      <w:r>
        <w:t>Las organizaciones deben proporcionar el tiempo, la estructura, la autoridad y el apoyo necesarios para que las personas puedan utilizar bien esas habilidades.</w:t>
      </w:r>
    </w:p>
    <w:p w14:paraId="409D3966" w14:textId="77777777" w:rsidR="002B6931" w:rsidRDefault="007C17EE">
      <w:r>
        <w:t>No es posible acceder a una reunión programada durante el segundo trabajo de uno de los padres.</w:t>
      </w:r>
    </w:p>
    <w:p w14:paraId="6AAFC60F" w14:textId="77777777" w:rsidR="002B6931" w:rsidRDefault="007C17EE">
      <w:r>
        <w:t>Un intérprete no puede ayudar si los profesionales utilizan una jerga que no se puede traducir.</w:t>
      </w:r>
    </w:p>
    <w:p w14:paraId="744E1CA4" w14:textId="77777777" w:rsidR="002B6931" w:rsidRDefault="007C17EE">
      <w:r>
        <w:t xml:space="preserve">Una persona joven a la que se le ha dado un asiento en una junta directiva no ha sido empoderada si la discusión es incomprensible y nadie apoya su participación. </w:t>
      </w:r>
      <w:r>
        <w:br/>
        <w:t>Una de las ideas más útiles de Kwesi es sobre aprovechar la posición.</w:t>
      </w:r>
    </w:p>
    <w:p w14:paraId="73ADAEB2" w14:textId="77777777" w:rsidR="002B6931" w:rsidRDefault="007C17EE">
      <w:r>
        <w:t>Cada rol conlleva limitaciones, pero también oportunidades reales para actuar.</w:t>
      </w:r>
    </w:p>
    <w:p w14:paraId="6913CAE3" w14:textId="77777777" w:rsidR="002B6931" w:rsidRDefault="007C17EE">
      <w:r>
        <w:t>Kwesi describe un momento en el que notó que los intérpretes habían dejado de traducir discretamente [00:02:00] porque una reunión se había desviado hacia la jerga técnica.</w:t>
      </w:r>
    </w:p>
    <w:p w14:paraId="375B59C8" w14:textId="77777777" w:rsidR="002B6931" w:rsidRDefault="007C17EE">
      <w:r>
        <w:t>Utilizó su posición para poner fin a la discusión, describir lo que estaba sucediendo y lograr que todos volvieran a participar.</w:t>
      </w:r>
    </w:p>
    <w:p w14:paraId="46901609" w14:textId="77777777" w:rsidR="002B6931" w:rsidRDefault="007C17EE">
      <w:r>
        <w:lastRenderedPageBreak/>
        <w:t>Fue un momento breve, pero demuestra lo que realmente requiere la inclusión: atención, autoridad y la voluntad de interrumpir el procedimiento habitual.</w:t>
      </w:r>
    </w:p>
    <w:p w14:paraId="20AA42F2" w14:textId="77777777" w:rsidR="002B6931" w:rsidRDefault="007C17EE">
      <w:r>
        <w:t xml:space="preserve">Kwesi deja igualmente claro que alzar la voz no siempre resulta útil, y que los profesionales reflexivos deben preguntarse si su intervención fue demasiado enérgica, demasiado vacilante o si desplazó la voz de otra persona </w:t>
      </w:r>
      <w:r>
        <w:br/>
        <w:t>.</w:t>
      </w:r>
    </w:p>
    <w:p w14:paraId="3ED6F211" w14:textId="77777777" w:rsidR="002B6931" w:rsidRDefault="007C17EE">
      <w:r>
        <w:t>Kwesi fundamenta todo esto en ejemplos.</w:t>
      </w:r>
    </w:p>
    <w:p w14:paraId="571139D6" w14:textId="77777777" w:rsidR="002B6931" w:rsidRDefault="007C17EE">
      <w:r>
        <w:t>La cena para hacer la tarea, una cena que se lleva a cabo en la misma escuela, financiada y atendida por socios de la comunidad en lugar de la propia escuela, donde las familias comen juntas y hacen la tarea con sus hijos en la misma sala. La idea se afianzó hace años después de que un director escéptico que visitaba un distrito que ya lo había resuelto hiciera la pregunta obvia: ¿Cómo [00:03:00] pagan la comida cuando la escuela no puede comprarla legalmente?</w:t>
      </w:r>
    </w:p>
    <w:p w14:paraId="4AE4A168" w14:textId="77777777" w:rsidR="002B6931" w:rsidRDefault="007C17EE">
      <w:r>
        <w:t>La respuesta era sencilla.</w:t>
      </w:r>
    </w:p>
    <w:p w14:paraId="4010E461" w14:textId="77777777" w:rsidR="002B6931" w:rsidRDefault="007C17EE">
      <w:r>
        <w:t>Para eso están los socios.</w:t>
      </w:r>
    </w:p>
    <w:p w14:paraId="63162FA8" w14:textId="77777777" w:rsidR="002B6931" w:rsidRDefault="007C17EE">
      <w:r>
        <w:t>Esto no es simplemente un evento familiar exitoso.</w:t>
      </w:r>
    </w:p>
    <w:p w14:paraId="652F38BD" w14:textId="77777777" w:rsidR="002B6931" w:rsidRDefault="007C17EE">
      <w:r>
        <w:t>Muestra cómo se ve en la práctica la capacidad de participación comunitaria con apoyo.</w:t>
      </w:r>
    </w:p>
    <w:p w14:paraId="5FA09C66" w14:textId="77777777" w:rsidR="002B6931" w:rsidRDefault="007C17EE">
      <w:r>
        <w:t>Los socios aunan fondos y funciones, eliminan las barreras logísticas y crean un entorno donde las familias experimentan una respuesta coherente sin necesidad de saber qué fuente de financiación pagó la comida o qué socio proporcionó el personal.</w:t>
      </w:r>
    </w:p>
    <w:p w14:paraId="2F9CEAEB" w14:textId="77777777" w:rsidR="002B6931" w:rsidRDefault="007C17EE">
      <w:r>
        <w:t>Escucha la prueba; se aplica casi en su totalidad, y observa dónde puedes aplicarla tú mismo.</w:t>
      </w:r>
    </w:p>
    <w:p w14:paraId="31ED087F" w14:textId="77777777" w:rsidR="002B6931" w:rsidRDefault="007C17EE">
      <w:r>
        <w:t>¿Se reflejan nuestros valores en nuestra forma de organizarnos?</w:t>
      </w:r>
    </w:p>
    <w:p w14:paraId="6D6BC2C8" w14:textId="77777777" w:rsidR="002B6931" w:rsidRDefault="007C17EE">
      <w:r>
        <w:t>¿Se invita a las personas a participar o realmente se les brinda la oportunidad de hacerlo?</w:t>
      </w:r>
    </w:p>
    <w:p w14:paraId="5A1C59E8" w14:textId="77777777" w:rsidR="002B6931" w:rsidRDefault="007C17EE">
      <w:r>
        <w:t>¿Utilizamos nuestra posición para abrir espacio a los demás?</w:t>
      </w:r>
    </w:p>
    <w:p w14:paraId="0CB1FEAA" w14:textId="77777777" w:rsidR="002B6931" w:rsidRDefault="007C17EE">
      <w:r>
        <w:t>¿Y estamos dispuestos a cambiar nuestro propio comportamiento cuando la reflexión demuestra que nuestra práctica no está a la altura de nuestros principios?</w:t>
      </w:r>
    </w:p>
    <w:p w14:paraId="23836A05" w14:textId="77777777" w:rsidR="002B6931" w:rsidRDefault="007C17EE">
      <w:r>
        <w:t xml:space="preserve">[00:04:00] </w:t>
      </w:r>
      <w:r>
        <w:br/>
        <w:t>[00:04:07] David Osher: Bienvenido, Kwesi.</w:t>
      </w:r>
    </w:p>
    <w:p w14:paraId="03870661" w14:textId="77777777" w:rsidR="002B6931" w:rsidRDefault="007C17EE">
      <w:r>
        <w:t>Es un verdadero placer tenerte conmigo.</w:t>
      </w:r>
    </w:p>
    <w:p w14:paraId="6E0C726E" w14:textId="77777777" w:rsidR="002B6931" w:rsidRDefault="007C17EE">
      <w:r>
        <w:lastRenderedPageBreak/>
        <w:t>He aprendido muchísimo de ti a lo largo de los últimos 25 años, ya que hemos tenido la suerte de trabajar juntos de diferentes maneras.</w:t>
      </w:r>
    </w:p>
    <w:p w14:paraId="6E8ED2D4" w14:textId="77777777" w:rsidR="002B6931" w:rsidRDefault="007C17EE">
      <w:r>
        <w:t>Y una de las cosas que realmente he apreciado de su visión desde el principio es su comprensión, aprecio y compromiso con la importancia de trabajar con familias y jóvenes de una manera que yo llamaría centrada en la familia y la juventud.</w:t>
      </w:r>
    </w:p>
    <w:p w14:paraId="783B0C5E" w14:textId="77777777" w:rsidR="002B6931" w:rsidRDefault="007C17EE">
      <w:r>
        <w:t>Y aunque ya he escrito sobre ello, quiero que la gente conozca tu opinión sobre cómo deberíamos trabajar con las familias y los jóvenes, y cómo lo plantearías tú.</w:t>
      </w:r>
    </w:p>
    <w:p w14:paraId="0C566E02" w14:textId="77777777" w:rsidR="002B6931" w:rsidRDefault="007C17EE">
      <w:r>
        <w:t>[00:04:56] S.</w:t>
      </w:r>
    </w:p>
    <w:p w14:paraId="6AC6FFF1" w14:textId="77777777" w:rsidR="002B6931" w:rsidRDefault="007C17EE">
      <w:r>
        <w:t>Kwesi Rollins: Parece una pregunta que debería ser fácil de hacer, y sin embargo hay mucha [00:05:00] complejidad.</w:t>
      </w:r>
    </w:p>
    <w:p w14:paraId="6F55A9BF" w14:textId="77777777" w:rsidR="002B6931" w:rsidRDefault="007C17EE">
      <w:r>
        <w:t>Creo que el lenguaje que tengo ahora no lo tenía antes.</w:t>
      </w:r>
    </w:p>
    <w:p w14:paraId="445E057D" w14:textId="77777777" w:rsidR="002B6931" w:rsidRDefault="007C17EE">
      <w:r>
        <w:t>Creo que simplemente surgió de una tradición que valoraba la comunidad, una tradición que tal vez me transmitieron mis padres a través de sus propias historias y su actividad en su iglesia y en su comunidad, sabiendo que marcaban la diferencia.</w:t>
      </w:r>
    </w:p>
    <w:p w14:paraId="6605650C" w14:textId="77777777" w:rsidR="002B6931" w:rsidRDefault="007C17EE">
      <w:r>
        <w:t>Eso marcó la diferencia.</w:t>
      </w:r>
    </w:p>
    <w:p w14:paraId="780278FD" w14:textId="77777777" w:rsidR="002B6931" w:rsidRDefault="007C17EE">
      <w:r>
        <w:t>Esas relaciones marcaron la diferencia, incluso mucho antes de que tuviéramos los estudios, el lenguaje, los marcos conceptuales y los diagramas.</w:t>
      </w:r>
    </w:p>
    <w:p w14:paraId="11E876E0" w14:textId="77777777" w:rsidR="002B6931" w:rsidRDefault="007C17EE">
      <w:r>
        <w:t>A veces, llegamos a tener un conocimiento profundo sobre eso.</w:t>
      </w:r>
    </w:p>
    <w:p w14:paraId="1E2537AF" w14:textId="77777777" w:rsidR="002B6931" w:rsidRDefault="007C17EE">
      <w:r>
        <w:t>Así que he tenido el privilegio de actuar directamente en consecuencia a lo largo de mi carrera.</w:t>
      </w:r>
    </w:p>
    <w:p w14:paraId="14D5F2EB" w14:textId="77777777" w:rsidR="002B6931" w:rsidRDefault="007C17EE">
      <w:r>
        <w:t>Aunque, por un momento, cuando era muy joven, no estaba muy seguro de qué hacer con toda esa energía y toda esa ira que estaba aflorando.</w:t>
      </w:r>
    </w:p>
    <w:p w14:paraId="6ED4D9A4" w14:textId="77777777" w:rsidR="002B6931" w:rsidRDefault="007C17EE">
      <w:r>
        <w:t>Pero una vez que se dirigió hacia la comunidad, la familia y la voz, y de alguna manera honrando eso, y francamente, usando mi propio posicionamiento.</w:t>
      </w:r>
    </w:p>
    <w:p w14:paraId="76AE5239" w14:textId="77777777" w:rsidR="002B6931" w:rsidRDefault="007C17EE">
      <w:r>
        <w:t>Ahora, aprovechando el tema de los deportes, usamos cosas como tu plataforma, personas que usan sus plataformas [00:06:00].</w:t>
      </w:r>
    </w:p>
    <w:p w14:paraId="18955942" w14:textId="77777777" w:rsidR="002B6931" w:rsidRDefault="007C17EE">
      <w:r>
        <w:t>Yo no, no existían, no teníamos plataformas en aquel entonces, pero básicamente tenías posicionamiento, y a veces podías usar tu posicionamiento para ayudar a otros que no lo tenían a que sus voces fueran escuchadas.</w:t>
      </w:r>
    </w:p>
    <w:p w14:paraId="348DF8E4" w14:textId="77777777" w:rsidR="002B6931" w:rsidRDefault="007C17EE">
      <w:r>
        <w:t>Y así fue como me crié siguiendo esa tradición.</w:t>
      </w:r>
    </w:p>
    <w:p w14:paraId="45921A58" w14:textId="77777777" w:rsidR="002B6931" w:rsidRDefault="007C17EE">
      <w:r>
        <w:t>Crecí bajo esa tradición.</w:t>
      </w:r>
    </w:p>
    <w:p w14:paraId="110981CE" w14:textId="77777777" w:rsidR="002B6931" w:rsidRDefault="007C17EE">
      <w:r>
        <w:lastRenderedPageBreak/>
        <w:t>Y luego, a medida que fui adquiriendo más habilidades como profesional, adquiriendo conocimientos teóricos a través de mis estudios, etcétera, eso me ayudó a respaldarlo, así que no solo tenía algunas de las habilidades y la capacidad innata para hacerlo, sino que también tenía una comprensión más profunda de por qué era importante.</w:t>
      </w:r>
    </w:p>
    <w:p w14:paraId="34C57B87" w14:textId="77777777" w:rsidR="002B6931" w:rsidRDefault="007C17EE">
      <w:r>
        <w:t>Y así, en estos días, la forma en que hablo de ello es entendiendo que hacer bien este tipo de trabajo es una capacidad.</w:t>
      </w:r>
    </w:p>
    <w:p w14:paraId="1720ACA8" w14:textId="77777777" w:rsidR="002B6931" w:rsidRDefault="007C17EE">
      <w:r>
        <w:t>Y tú...</w:t>
      </w:r>
    </w:p>
    <w:p w14:paraId="5B8C6EDD" w14:textId="77777777" w:rsidR="002B6931" w:rsidRDefault="007C17EE">
      <w:r>
        <w:t>Y como ocurre con todo, no puedes confiar únicamente en la habilidad innata de las personas, pero sí puedes ayudarlas a aprender a hacer estas cosas mejor.</w:t>
      </w:r>
    </w:p>
    <w:p w14:paraId="3585F937" w14:textId="77777777" w:rsidR="002B6931" w:rsidRDefault="007C17EE">
      <w:r>
        <w:t>Y tenemos que hacer ese tipo de trabajo con mucha intención, porque mucha gente, [00:07:00] particularmente volviendo a esta idea de posicionamiento, mucha gente en puestos podría estar haciendo más, y a menudo tienen una gran brecha entre sus valores declarados y su práctica real, su comportamiento real.</w:t>
      </w:r>
    </w:p>
    <w:p w14:paraId="6FB68027" w14:textId="77777777" w:rsidR="002B6931" w:rsidRDefault="007C17EE">
      <w:r>
        <w:t>Y ahí es donde gran parte de lo que yo considero mi trabajo, nuestro trabajo, como intermediario nacional, es mi trabajo.</w:t>
      </w:r>
    </w:p>
    <w:p w14:paraId="475F5BD1" w14:textId="77777777" w:rsidR="002B6931" w:rsidRDefault="007C17EE">
      <w:r>
        <w:t>Durante la mayor parte de mi carrera, me he desempeñado principalmente en un entorno intermedio, cuyo objetivo principal es cerrar la brecha entre los valores declarados y el comportamiento y la práctica.</w:t>
      </w:r>
    </w:p>
    <w:p w14:paraId="30524050" w14:textId="77777777" w:rsidR="002B6931" w:rsidRDefault="007C17EE">
      <w:r>
        <w:t>Por lo tanto, no basta con creer que debemos involucrar a las familias.</w:t>
      </w:r>
    </w:p>
    <w:p w14:paraId="5E79F94E" w14:textId="77777777" w:rsidR="002B6931" w:rsidRDefault="007C17EE">
      <w:r>
        <w:t>No basta con creer que debemos involucrar a los estudiantes, sino que realmente tenemos que hacer algo al respecto.</w:t>
      </w:r>
    </w:p>
    <w:p w14:paraId="085E00AD" w14:textId="77777777" w:rsidR="002B6931" w:rsidRDefault="007C17EE">
      <w:r>
        <w:t>Y también tenemos que respaldar eso.</w:t>
      </w:r>
    </w:p>
    <w:p w14:paraId="194CB070" w14:textId="77777777" w:rsidR="002B6931" w:rsidRDefault="007C17EE">
      <w:r>
        <w:t>Si detuvieras a 10 superintendentes en la calle y les preguntaras si creen que involucrar a las familias es bueno, casi todos, 10 de cada 10, dirían que sí.</w:t>
      </w:r>
    </w:p>
    <w:p w14:paraId="2E196605" w14:textId="77777777" w:rsidR="002B6931" w:rsidRDefault="007C17EE">
      <w:r>
        <w:t>Pero luego, cuando examinas sus presupuestos, sus estructuras, su [00:08:00] quién está en su gabinete, si examinas, si entras en los detalles, encontrarás esta enorme brecha entre su valor declarado; sí, creen que es importante involucrar a las familias, pero no están organizados para hacerlo, y no tienen una comprensión lo suficientemente profunda de por qué es una buena idea hacerlo para lograr algunos de estos otros objetivos que tienen que lograr.</w:t>
      </w:r>
    </w:p>
    <w:p w14:paraId="1F6BA389" w14:textId="77777777" w:rsidR="002B6931" w:rsidRDefault="007C17EE">
      <w:r>
        <w:t>[00:08:22] David Osher: Usted plantea dos cuestiones importantes, tanto en lo que respecta a la capacidad como al posicionamiento.</w:t>
      </w:r>
    </w:p>
    <w:p w14:paraId="7F6D90D0" w14:textId="77777777" w:rsidR="002B6931" w:rsidRDefault="007C17EE">
      <w:r>
        <w:lastRenderedPageBreak/>
        <w:t xml:space="preserve">Permítanme continuar con el tema del posicionamiento. </w:t>
      </w:r>
      <w:r>
        <w:br/>
        <w:t>Recuerdo haber leído, y lo revisé, así que ahora lo recuerdo mejor, un artículo en el que usted participó y que se realizó para la Oficina de Justicia Juvenil y Prevención de la Delincuencia allá por 2001 o 2002.</w:t>
      </w:r>
    </w:p>
    <w:p w14:paraId="295977CC" w14:textId="77777777" w:rsidR="002B6931" w:rsidRDefault="007C17EE">
      <w:r>
        <w:t>Y uno de los aspectos más importantes que mencionaste en esta guía de planificación fue la importancia del mapeo de activos.</w:t>
      </w:r>
    </w:p>
    <w:p w14:paraId="685586BA" w14:textId="77777777" w:rsidR="002B6931" w:rsidRDefault="007C17EE">
      <w:r>
        <w:t>El mapeo de activos [00:09:00] tiene muchas raíces diferentes, pero una de ellas se remonta al trabajo que John McKnight y Jody Kretzmann hicieron en Northwestern.</w:t>
      </w:r>
    </w:p>
    <w:p w14:paraId="341E818F" w14:textId="77777777" w:rsidR="002B6931" w:rsidRDefault="007C17EE">
      <w:r>
        <w:t>Y quiero mencionar un artículo, un capítulo que John, el difunto John McKnight, escribió en la década de 1970 que fue realmente importante.</w:t>
      </w:r>
    </w:p>
    <w:p w14:paraId="115D2BAF" w14:textId="77777777" w:rsidR="002B6931" w:rsidRDefault="007C17EE">
      <w:r>
        <w:t>Se denominó Servicios Profesionalizados y Ayuda para Personas con Discapacidad.</w:t>
      </w:r>
    </w:p>
    <w:p w14:paraId="3E619F28" w14:textId="77777777" w:rsidR="002B6931" w:rsidRDefault="007C17EE">
      <w:r>
        <w:t>Y la razón por la que menciono esto es que creo que el posicionamiento y la responsabilidad ética que creo que todos tenemos si entendemos esas posiciones en las que estamos para tratar de usarlas, también es algo que puede ser facilitador, si, que es la pregunta fácil que les estoy haciendo, o inhabilitador.</w:t>
      </w:r>
    </w:p>
    <w:p w14:paraId="42239F6B" w14:textId="77777777" w:rsidR="002B6931" w:rsidRDefault="007C17EE">
      <w:r>
        <w:t>Y sé que tu trabajo se ha centrado en la capacitación, así que si quieres profundizar un poco más en eso, también quiero volver al tema de la capacidad.</w:t>
      </w:r>
    </w:p>
    <w:p w14:paraId="6BA79633" w14:textId="77777777" w:rsidR="002B6931" w:rsidRDefault="007C17EE">
      <w:r>
        <w:t>[00:09:56] S.</w:t>
      </w:r>
    </w:p>
    <w:p w14:paraId="173A0390" w14:textId="77777777" w:rsidR="002B6931" w:rsidRDefault="007C17EE">
      <w:r>
        <w:t>Kwesi Rollins: Sí.</w:t>
      </w:r>
    </w:p>
    <w:p w14:paraId="27A7677B" w14:textId="77777777" w:rsidR="002B6931" w:rsidRDefault="007C17EE">
      <w:r>
        <w:t>Creo, y repito, que esta es la diferencia entre los valores declarados y el comportamiento [00:10:00].</w:t>
      </w:r>
    </w:p>
    <w:p w14:paraId="5C39AE0D" w14:textId="77777777" w:rsidR="002B6931" w:rsidRDefault="007C17EE">
      <w:r>
        <w:t>Si no crees que la gente de una comunidad, especialmente en aquellas que históricamente han sido marginadas, también tiene recursos y aportaciones, entonces actúas de manera diferente.</w:t>
      </w:r>
    </w:p>
    <w:p w14:paraId="2BD716CB" w14:textId="77777777" w:rsidR="002B6931" w:rsidRDefault="007C17EE">
      <w:r>
        <w:t>Te comportas de forma que evitas involucrarlos.</w:t>
      </w:r>
    </w:p>
    <w:p w14:paraId="75923D10" w14:textId="77777777" w:rsidR="002B6931" w:rsidRDefault="007C17EE">
      <w:r>
        <w:t>Te comportas de una manera que los evita porque no se considera que aporten mucho, o simplemente no crees que valga la pena invertir un poco más para asegurar que su voz sea escuchada y que se les entienda.</w:t>
      </w:r>
    </w:p>
    <w:p w14:paraId="063D8E6B" w14:textId="77777777" w:rsidR="002B6931" w:rsidRDefault="007C17EE">
      <w:r>
        <w:t xml:space="preserve">Y a veces ese pequeño detalle adicional es: "Oye, ¿qué tal si no programamos la reunión cuando estén trabajando en su segundo empleo?" </w:t>
      </w:r>
      <w:r>
        <w:br/>
        <w:t>Averiguar cómo podemos...</w:t>
      </w:r>
    </w:p>
    <w:p w14:paraId="028D5F3D" w14:textId="77777777" w:rsidR="002B6931" w:rsidRDefault="007C17EE">
      <w:r>
        <w:t>No es que no quieran participar, sino que estás programando su participación en momentos que te resultan convenientes a ti y no a muchas familias.</w:t>
      </w:r>
    </w:p>
    <w:p w14:paraId="048B5BC4" w14:textId="77777777" w:rsidR="002B6931" w:rsidRDefault="007C17EE">
      <w:r>
        <w:lastRenderedPageBreak/>
        <w:t>Estás, estás, estás organizando la participación para que exista solo en un idioma cuando realmente necesitas escuchar a familias que hablan un idioma diferente y tienen mucho que [00:11:00] decir, pero simplemente no pueden decirlo en inglés.</w:t>
      </w:r>
    </w:p>
    <w:p w14:paraId="714C0EF2" w14:textId="77777777" w:rsidR="002B6931" w:rsidRDefault="007C17EE">
      <w:r>
        <w:t>Así que no estás haciendo arreglos para que sean escuchados y comprendidos de esa manera.</w:t>
      </w:r>
    </w:p>
    <w:p w14:paraId="0DE65937" w14:textId="77777777" w:rsidR="002B6931" w:rsidRDefault="007C17EE">
      <w:r>
        <w:t>Así que creo que sigue siendo una dinámica clave.</w:t>
      </w:r>
    </w:p>
    <w:p w14:paraId="58F95631" w14:textId="77777777" w:rsidR="002B6931" w:rsidRDefault="007C17EE">
      <w:r>
        <w:t>Hoy en día no usamos tanto ese lenguaje para habilitar o deshabilitar comportamientos.</w:t>
      </w:r>
    </w:p>
    <w:p w14:paraId="706C6D04" w14:textId="77777777" w:rsidR="002B6931" w:rsidRDefault="007C17EE">
      <w:r>
        <w:t>Soy de la vieja escuela, igual que tú ahora.</w:t>
      </w:r>
    </w:p>
    <w:p w14:paraId="0A9F1CC8" w14:textId="77777777" w:rsidR="002B6931" w:rsidRDefault="007C17EE">
      <w:r>
        <w:t>Me gusta lo viejo, a veces me gustan las cosas viejas porque no lo hemos hecho, siempre estamos tan en busca de lo nuevo que olvidamos que no hicimos bien lo viejo.</w:t>
      </w:r>
    </w:p>
    <w:p w14:paraId="151FCE8B" w14:textId="77777777" w:rsidR="002B6931" w:rsidRDefault="007C17EE">
      <w:r>
        <w:t>Y tal vez esa sea realmente la solución, pero parte de ella es valorar, ahora tenemos un lenguaje como fuentes de conocimiento, fondos de conocimiento que poseen las familias, pero también sabemos que tenemos que hacer un poco más, es asegurarnos de que sean escuchados, de que estén involucrados.</w:t>
      </w:r>
    </w:p>
    <w:p w14:paraId="00437295" w14:textId="77777777" w:rsidR="002B6931" w:rsidRDefault="007C17EE">
      <w:r>
        <w:t>Recuerdo estar sentado en una, recuerdo estar sentado en una reunión con un grupo de, era una especie de reunión de gabinete de la familia del superintendente.</w:t>
      </w:r>
    </w:p>
    <w:p w14:paraId="368F6791" w14:textId="77777777" w:rsidR="002B6931" w:rsidRDefault="007C17EE">
      <w:r>
        <w:t>Todos esos padres tenían intérpretes allí.</w:t>
      </w:r>
    </w:p>
    <w:p w14:paraId="3684EA50" w14:textId="77777777" w:rsidR="002B6931" w:rsidRDefault="007C17EE">
      <w:r>
        <w:t>La superintendente, en promedio, estaba haciendo mucho para asegurarse [00:12:00] de que escuchaba a las familias.</w:t>
      </w:r>
    </w:p>
    <w:p w14:paraId="241DCF9D" w14:textId="77777777" w:rsidR="002B6931" w:rsidRDefault="007C17EE">
      <w:r>
        <w:t>Y en un momento dado empezaron a usar un idioma, y los intérpretes dejaron de hablar.</w:t>
      </w:r>
    </w:p>
    <w:p w14:paraId="26B277A1" w14:textId="77777777" w:rsidR="002B6931" w:rsidRDefault="007C17EE">
      <w:r>
        <w:t>Y traducían porque no entendían el idioma.</w:t>
      </w:r>
    </w:p>
    <w:p w14:paraId="27A41ACE" w14:textId="77777777" w:rsidR="002B6931" w:rsidRDefault="007C17EE">
      <w:r>
        <w:t>Y recuerdo, y, y nadie más se dio cuenta de eso, y entonces detuve la reunión y dije: "Esperen.</w:t>
      </w:r>
    </w:p>
    <w:p w14:paraId="5DA516F8" w14:textId="77777777" w:rsidR="002B6931" w:rsidRDefault="007C17EE">
      <w:r>
        <w:t>Esperar.</w:t>
      </w:r>
    </w:p>
    <w:p w14:paraId="216F0289" w14:textId="77777777" w:rsidR="002B6931" w:rsidRDefault="007C17EE">
      <w:r>
        <w:t>Algo sucedió.</w:t>
      </w:r>
    </w:p>
    <w:p w14:paraId="3AC0FE76" w14:textId="77777777" w:rsidR="002B6931" w:rsidRDefault="007C17EE">
      <w:r>
        <w:t>Utilizamos algunos términos técnicos.</w:t>
      </w:r>
    </w:p>
    <w:p w14:paraId="18EED3A7" w14:textId="77777777" w:rsidR="002B6931" w:rsidRDefault="007C17EE">
      <w:r>
        <w:t>Los intérpretes no sabían cómo traducir esa jerga al español, por lo tanto, no todos pueden participar aquí." Así que yo, sí, y de nuevo, posicionamiento.</w:t>
      </w:r>
    </w:p>
    <w:p w14:paraId="1D3A7EE5" w14:textId="77777777" w:rsidR="002B6931" w:rsidRDefault="007C17EE">
      <w:r>
        <w:t>Literalmente, estaba en posición de poner fin a la conversación.</w:t>
      </w:r>
    </w:p>
    <w:p w14:paraId="6822C6C5" w14:textId="77777777" w:rsidR="002B6931" w:rsidRDefault="007C17EE">
      <w:r>
        <w:t>[00:12:36] David Osher: Exactamente.</w:t>
      </w:r>
    </w:p>
    <w:p w14:paraId="19305A85" w14:textId="77777777" w:rsidR="002B6931" w:rsidRDefault="007C17EE">
      <w:r>
        <w:lastRenderedPageBreak/>
        <w:t>Sí.</w:t>
      </w:r>
    </w:p>
    <w:p w14:paraId="6F0D69D2" w14:textId="77777777" w:rsidR="002B6931" w:rsidRDefault="007C17EE">
      <w:r>
        <w:t>Ahora-</w:t>
      </w:r>
    </w:p>
    <w:p w14:paraId="70A17E65" w14:textId="77777777" w:rsidR="002B6931" w:rsidRDefault="007C17EE">
      <w:r>
        <w:t>[00:12:39] S.</w:t>
      </w:r>
    </w:p>
    <w:p w14:paraId="7E7AD21D" w14:textId="77777777" w:rsidR="002B6931" w:rsidRDefault="007C17EE">
      <w:r>
        <w:t>Kwesi Rollins: Y entonces analizamos la palabra que les estaba causando dificultades.</w:t>
      </w:r>
    </w:p>
    <w:p w14:paraId="48DB9241" w14:textId="77777777" w:rsidR="002B6931" w:rsidRDefault="007C17EE">
      <w:r>
        <w:t>Ojalá pudiera recordar la palabra exacta que hemos usado en estas reuniones, donde al menos a veces esta jerga nos hace entender a todos, o un conjunto diferente de acrónimos.</w:t>
      </w:r>
    </w:p>
    <w:p w14:paraId="2A869ADC" w14:textId="77777777" w:rsidR="002B6931" w:rsidRDefault="007C17EE">
      <w:r>
        <w:t>Así que estaba en posición de detenerlo todo y asegurarme de que volviéramos a contar con la participación de todos.</w:t>
      </w:r>
    </w:p>
    <w:p w14:paraId="08EFBC32" w14:textId="77777777" w:rsidR="002B6931" w:rsidRDefault="007C17EE">
      <w:r>
        <w:t>Sí.</w:t>
      </w:r>
    </w:p>
    <w:p w14:paraId="70138E92" w14:textId="77777777" w:rsidR="002B6931" w:rsidRDefault="007C17EE">
      <w:r>
        <w:t>Pero probablemente eso sea más la excepción que la regla [00:13:00].</w:t>
      </w:r>
    </w:p>
    <w:p w14:paraId="39517106" w14:textId="77777777" w:rsidR="002B6931" w:rsidRDefault="007C17EE">
      <w:r>
        <w:t>Entonces, con eso, la otra cosa es que no se trata solo de tener posicionamiento, y sé que volverás a eso, pero tienes que estar dispuesto a hacer algo.</w:t>
      </w:r>
    </w:p>
    <w:p w14:paraId="0469C1EF" w14:textId="77777777" w:rsidR="002B6931" w:rsidRDefault="007C17EE">
      <w:r>
        <w:t>[00:13:07] David Osher: Vale, sí...</w:t>
      </w:r>
    </w:p>
    <w:p w14:paraId="68419DA0" w14:textId="77777777" w:rsidR="002B6931" w:rsidRDefault="007C17EE">
      <w:r>
        <w:t>[00:13:07] S.</w:t>
      </w:r>
    </w:p>
    <w:p w14:paraId="3848FEFB" w14:textId="77777777" w:rsidR="002B6931" w:rsidRDefault="007C17EE">
      <w:r>
        <w:t>Kwesi Rollins: con eso.</w:t>
      </w:r>
    </w:p>
    <w:p w14:paraId="636AC6B0" w14:textId="77777777" w:rsidR="002B6931" w:rsidRDefault="007C17EE">
      <w:r>
        <w:t>Hay que ir más allá de lo razonable.</w:t>
      </w:r>
    </w:p>
    <w:p w14:paraId="1255302C" w14:textId="77777777" w:rsidR="002B6931" w:rsidRDefault="007C17EE">
      <w:r>
        <w:t>Y no lo dije con mala intención, desde luego no le estaba faltando el respeto a ese superintendente, pero esos padres se alegraron de que detuviera la reunión y de que estuviera prestando atención.</w:t>
      </w:r>
    </w:p>
    <w:p w14:paraId="6925C07A" w14:textId="77777777" w:rsidR="002B6931" w:rsidRDefault="007C17EE">
      <w:r>
        <w:t>[00:13:19] David Osher: La difunta Judy Heumann, que fue una maravillosa activista por los derechos de las personas con discapacidad, cuando era secretaria adjunta de OSERS, cuando la gente llegaba a las reuniones y ella decía: "¿Puedo ver la adaptación en braille?" Y ellos decían: "Oh, no la tenemos, necesitamos más tiempo", ella literalmente decía: "Vuelvan atrás.</w:t>
      </w:r>
    </w:p>
    <w:p w14:paraId="685606DF" w14:textId="77777777" w:rsidR="002B6931" w:rsidRDefault="007C17EE">
      <w:r>
        <w:t xml:space="preserve">No nos reuniremos hasta que eso suceda." </w:t>
      </w:r>
      <w:r>
        <w:br/>
        <w:t xml:space="preserve">Y aunque no conocí al difunto Harold Washington, recuerdo, porque estuve en Chicago poco después de su muerte, y estaba tratando de averiguar si sería posible organizar una escuela realmente transformadora en Chicago, y seguía escuchando la misma historia de Harold Washington como [00:14:00] alcalde reuniéndose con grupos comunitarios y diciéndoles: "A menos que puedan demostrarme que realmente están trabajando juntos, no voy a tratar con ustedes". </w:t>
      </w:r>
      <w:r>
        <w:br/>
      </w:r>
      <w:r>
        <w:lastRenderedPageBreak/>
        <w:t>Y hablaron del impacto que eso tuvo en ellos, de modo que él estaba aprovechando su posición... Sí...</w:t>
      </w:r>
    </w:p>
    <w:p w14:paraId="47529132" w14:textId="77777777" w:rsidR="002B6931" w:rsidRDefault="007C17EE">
      <w:r>
        <w:t>Judy aprovechó su posición, pero al final, para lograr que otras personas aprovecharan su posición, porque tenían los recursos para hacer la traducción al braille.</w:t>
      </w:r>
    </w:p>
    <w:p w14:paraId="4599127D" w14:textId="77777777" w:rsidR="002B6931" w:rsidRDefault="007C17EE">
      <w:r>
        <w:t>[00:14:26] S.</w:t>
      </w:r>
    </w:p>
    <w:p w14:paraId="1C6731C2" w14:textId="77777777" w:rsidR="002B6931" w:rsidRDefault="007C17EE">
      <w:r>
        <w:t>Kwesi Rollins: No tuve tiempo de hacerlo.</w:t>
      </w:r>
    </w:p>
    <w:p w14:paraId="3DECABFB" w14:textId="77777777" w:rsidR="002B6931" w:rsidRDefault="007C17EE">
      <w:r>
        <w:t>[00:14:28] David Osher: Sí.</w:t>
      </w:r>
    </w:p>
    <w:p w14:paraId="3B8E811E" w14:textId="77777777" w:rsidR="002B6931" w:rsidRDefault="007C17EE">
      <w:r>
        <w:t>[00:14:29] S.</w:t>
      </w:r>
    </w:p>
    <w:p w14:paraId="64FC39EE" w14:textId="77777777" w:rsidR="002B6931" w:rsidRDefault="007C17EE">
      <w:r>
        <w:t>Kwesi Rollins: Y quieren...</w:t>
      </w:r>
    </w:p>
    <w:p w14:paraId="3B475E17" w14:textId="77777777" w:rsidR="002B6931" w:rsidRDefault="007C17EE">
      <w:r>
        <w:t>Y estas cosas pasan.</w:t>
      </w:r>
    </w:p>
    <w:p w14:paraId="3BF17125" w14:textId="77777777" w:rsidR="002B6931" w:rsidRDefault="007C17EE">
      <w:r>
        <w:t>Hay un millón de esas historias y, realmente, y es simplemente porque en ese entorno particular, estoy prestando atención a todo.</w:t>
      </w:r>
    </w:p>
    <w:p w14:paraId="388E7BA6" w14:textId="77777777" w:rsidR="002B6931" w:rsidRDefault="007C17EE">
      <w:r>
        <w:t>Lo que pasa en un abrir y cerrar de ojos, y luego sigues adelante, pero yo, tuve la presencia de ánimo para decir, espera un minuto, algo, no están, ella está, el, el, el traductor no está hablando.</w:t>
      </w:r>
    </w:p>
    <w:p w14:paraId="4D2A55A9" w14:textId="77777777" w:rsidR="002B6931" w:rsidRDefault="007C17EE">
      <w:r>
        <w:t>Y seguimos hablando.</w:t>
      </w:r>
    </w:p>
    <w:p w14:paraId="6C2523BC" w14:textId="77777777" w:rsidR="002B6931" w:rsidRDefault="007C17EE">
      <w:r>
        <w:t>Así que sí, tenemos que...</w:t>
      </w:r>
    </w:p>
    <w:p w14:paraId="67D8E05A" w14:textId="77777777" w:rsidR="002B6931" w:rsidRDefault="007C17EE">
      <w:r>
        <w:t>Ese es mi mensaje para todos ahora.</w:t>
      </w:r>
    </w:p>
    <w:p w14:paraId="0623BCAF" w14:textId="77777777" w:rsidR="002B6931" w:rsidRDefault="007C17EE">
      <w:r>
        <w:t>Es como si tuvieras que usar tu plataforma, tu posición, tu autoridad, lo que sea [00:15:00] que tengas donde estás para poder tomar cierto nivel de decisión. Tienes que usarlo bien y tienes que usarlo basándote en una serie de cosas, incluyendo evidencia, buenas prácticas, cosas que sabemos que tienen sentido.</w:t>
      </w:r>
    </w:p>
    <w:p w14:paraId="240A2CD7" w14:textId="77777777" w:rsidR="002B6931" w:rsidRDefault="007C17EE">
      <w:r>
        <w:t>[00:15:17] David Osher: Permítanme hacerles una pregunta que surge de mi pensamiento, pero que está muy relacionada con toda esta serie de podcasts, y pueden corregirme porque puedo estar equivocado aquí.</w:t>
      </w:r>
    </w:p>
    <w:p w14:paraId="3566EE7A" w14:textId="77777777" w:rsidR="002B6931" w:rsidRDefault="007C17EE">
      <w:r>
        <w:t>Durante décadas, he compartido lo siguiente: que cada posición en la vida conlleva limitaciones, pero también ofrece oportunidades para hacer el bien.</w:t>
      </w:r>
    </w:p>
    <w:p w14:paraId="48D784E7" w14:textId="77777777" w:rsidR="002B6931" w:rsidRDefault="007C17EE">
      <w:r>
        <w:t>Sí.</w:t>
      </w:r>
    </w:p>
    <w:p w14:paraId="0F126FCE" w14:textId="77777777" w:rsidR="002B6931" w:rsidRDefault="007C17EE">
      <w:r>
        <w:t>Y es importante entender que, si bien nos enfrentamos a limitaciones, y creo que los profesionales que están escuchando ahora mismo conocen todas las diferentes limitaciones a las que se enfrentan en el trabajo que realizan.</w:t>
      </w:r>
    </w:p>
    <w:p w14:paraId="5157FC2A" w14:textId="77777777" w:rsidR="002B6931" w:rsidRDefault="007C17EE">
      <w:r>
        <w:lastRenderedPageBreak/>
        <w:t>Pero también es importante entender qué oportunidad ofrece tu posición y dónde te encuentras... Sí... para hacer el bien y ser responsable.</w:t>
      </w:r>
    </w:p>
    <w:p w14:paraId="3771B84A" w14:textId="77777777" w:rsidR="002B6931" w:rsidRDefault="007C17EE">
      <w:r>
        <w:t>Así que, una vez más, los invito a comentar.</w:t>
      </w:r>
    </w:p>
    <w:p w14:paraId="20B7D157" w14:textId="77777777" w:rsidR="002B6931" w:rsidRDefault="007C17EE">
      <w:r>
        <w:t>[00:16:28] S.</w:t>
      </w:r>
    </w:p>
    <w:p w14:paraId="46E6C402" w14:textId="77777777" w:rsidR="002B6931" w:rsidRDefault="007C17EE">
      <w:r>
        <w:t>Kwesi Rollins: Creo que eso es en gran medida cierto.</w:t>
      </w:r>
    </w:p>
    <w:p w14:paraId="1DFA4C8E" w14:textId="77777777" w:rsidR="002B6931" w:rsidRDefault="007C17EE">
      <w:r>
        <w:t>Creo que hay muchas razones por las que a veces la gente no utiliza su posicionamiento.</w:t>
      </w:r>
    </w:p>
    <w:p w14:paraId="2657B689" w14:textId="77777777" w:rsidR="002B6931" w:rsidRDefault="007C17EE">
      <w:r>
        <w:t>A veces, simplemente no es lo suficientemente importante para ellos.</w:t>
      </w:r>
    </w:p>
    <w:p w14:paraId="0E025C2C" w14:textId="77777777" w:rsidR="002B6931" w:rsidRDefault="007C17EE">
      <w:r>
        <w:t>A veces no tienen el valor de hacerlo.</w:t>
      </w:r>
    </w:p>
    <w:p w14:paraId="0B96B285" w14:textId="77777777" w:rsidR="002B6931" w:rsidRDefault="007C17EE">
      <w:r>
        <w:t>A veces, creo que es, creo que es matizado.</w:t>
      </w:r>
    </w:p>
    <w:p w14:paraId="2F4B4413" w14:textId="77777777" w:rsidR="002B6931" w:rsidRDefault="007C17EE">
      <w:r>
        <w:t>Creo que a veces no están del todo seguros de cómo deberían responder o usarlo.</w:t>
      </w:r>
    </w:p>
    <w:p w14:paraId="757F69BC" w14:textId="77777777" w:rsidR="002B6931" w:rsidRDefault="007C17EE">
      <w:r>
        <w:t>A veces es su propia falta de confianza en sí mismos y de autoeficacia en relación con eso.</w:t>
      </w:r>
    </w:p>
    <w:p w14:paraId="34085386" w14:textId="77777777" w:rsidR="002B6931" w:rsidRDefault="007C17EE">
      <w:r>
        <w:t>Mm-hmm.</w:t>
      </w:r>
    </w:p>
    <w:p w14:paraId="3E7909AE" w14:textId="77777777" w:rsidR="002B6931" w:rsidRDefault="007C17EE">
      <w:r>
        <w:t>Creo que parte de la clave de todo esto es la reflexión.</w:t>
      </w:r>
    </w:p>
    <w:p w14:paraId="4475356C" w14:textId="77777777" w:rsidR="002B6931" w:rsidRDefault="007C17EE">
      <w:r>
        <w:t>Cuando [00:17:00] en el camino como parte de mi proceso de crecimiento, me di cuenta de que la capacidad de reflexionar es realmente, no estoy seguro de si es una capacidad o no, pero al menos tratar de ser más intencional al respecto.</w:t>
      </w:r>
    </w:p>
    <w:p w14:paraId="5F8F4893" w14:textId="77777777" w:rsidR="002B6931" w:rsidRDefault="007C17EE">
      <w:r>
        <w:t>Por muchas razones, durante más de 30 años realmente he reflexionado; la autorreflexión forma parte de mi práctica.</w:t>
      </w:r>
    </w:p>
    <w:p w14:paraId="16E00F2A" w14:textId="77777777" w:rsidR="002B6931" w:rsidRDefault="007C17EE">
      <w:r>
        <w:t>Así que siempre estoy pensando en lo que dije, lo que debería haber dicho, lo que podría haber dicho, lo que no dije, lo que podría haber hecho.</w:t>
      </w:r>
    </w:p>
    <w:p w14:paraId="2CB276FB" w14:textId="77777777" w:rsidR="002B6931" w:rsidRDefault="007C17EE">
      <w:r>
        <w:t>¿Estaba loco?</w:t>
      </w:r>
    </w:p>
    <w:p w14:paraId="558B41EA" w14:textId="77777777" w:rsidR="002B6931" w:rsidRDefault="007C17EE">
      <w:r>
        <w:t>Sobre todo teniendo en cuenta que tiene fama de ser directo, pero no de forma tóxica, sino directo al fin y al cabo.</w:t>
      </w:r>
    </w:p>
    <w:p w14:paraId="5A6C99D4" w14:textId="77777777" w:rsidR="002B6931" w:rsidRDefault="007C17EE">
      <w:r>
        <w:t>Voy a decir las cosas como son.</w:t>
      </w:r>
    </w:p>
    <w:p w14:paraId="13564278" w14:textId="77777777" w:rsidR="002B6931" w:rsidRDefault="007C17EE">
      <w:r>
        <w:t>Reflexiono después, ¿fui demasiado duro?</w:t>
      </w:r>
    </w:p>
    <w:p w14:paraId="6F40B102" w14:textId="77777777" w:rsidR="002B6931" w:rsidRDefault="007C17EE">
      <w:r>
        <w:t>¿Utilicé las palabras adecuadas?</w:t>
      </w:r>
    </w:p>
    <w:p w14:paraId="1FD39B81" w14:textId="77777777" w:rsidR="002B6931" w:rsidRDefault="007C17EE">
      <w:r>
        <w:t>¿Yo...?</w:t>
      </w:r>
    </w:p>
    <w:p w14:paraId="14016E6C" w14:textId="77777777" w:rsidR="002B6931" w:rsidRDefault="007C17EE">
      <w:r>
        <w:t>Todo eso.</w:t>
      </w:r>
    </w:p>
    <w:p w14:paraId="15F5CE73" w14:textId="77777777" w:rsidR="002B6931" w:rsidRDefault="007C17EE">
      <w:r>
        <w:lastRenderedPageBreak/>
        <w:t>¿Qué otras dinámicas están en juego?</w:t>
      </w:r>
    </w:p>
    <w:p w14:paraId="11FDC183" w14:textId="77777777" w:rsidR="002B6931" w:rsidRDefault="007C17EE">
      <w:r>
        <w:t>Y creo que eso es algo que puede ayudar a la gente a darse cuenta de su propio posicionamiento, a ser un poco más intencionales al reflexionar sobre...</w:t>
      </w:r>
    </w:p>
    <w:p w14:paraId="4EF566C0" w14:textId="77777777" w:rsidR="002B6931" w:rsidRDefault="007C17EE">
      <w:r>
        <w:t>Ahora bien, hay momentos en los que has hecho todo lo que podías hacer, [00:18:00] y entonces esa es la respuesta.</w:t>
      </w:r>
    </w:p>
    <w:p w14:paraId="3773BB60" w14:textId="77777777" w:rsidR="002B6931" w:rsidRDefault="007C17EE">
      <w:r>
        <w:t>No podrías haber hecho más.</w:t>
      </w:r>
    </w:p>
    <w:p w14:paraId="6DE833BB" w14:textId="77777777" w:rsidR="002B6931" w:rsidRDefault="007C17EE">
      <w:r>
        <w:t>Hacer más habría sido una completa locura o simplemente no habría sido una buena idea.</w:t>
      </w:r>
    </w:p>
    <w:p w14:paraId="00156F52" w14:textId="77777777" w:rsidR="002B6931" w:rsidRDefault="007C17EE">
      <w:r>
        <w:t>Pero hay muchas ocasiones en las que la gente simplemente no dice nada.</w:t>
      </w:r>
    </w:p>
    <w:p w14:paraId="515C3CEF" w14:textId="77777777" w:rsidR="002B6931" w:rsidRDefault="007C17EE">
      <w:r>
        <w:t>Cuando pudieran, y tienen que averiguar qué es eso.</w:t>
      </w:r>
    </w:p>
    <w:p w14:paraId="5A9A73BE" w14:textId="77777777" w:rsidR="002B6931" w:rsidRDefault="007C17EE">
      <w:r>
        <w:t>Y por eso también necesitas un equipo, porque cuando tienes miembros en un equipo, algunos de ustedes, algunos de su equipo, pueden tener la fuerza que no necesitas para decir lo que se necesita decir.</w:t>
      </w:r>
    </w:p>
    <w:p w14:paraId="72571C1C" w14:textId="77777777" w:rsidR="002B6931" w:rsidRDefault="007C17EE">
      <w:r>
        <w:t>O puede que otra persona tenga la habilidad de decir lo que hay que decir, pero de una manera que no mate a nadie.</w:t>
      </w:r>
    </w:p>
    <w:p w14:paraId="12DE4115" w14:textId="77777777" w:rsidR="002B6931" w:rsidRDefault="007C17EE">
      <w:r>
        <w:t>Sí.</w:t>
      </w:r>
    </w:p>
    <w:p w14:paraId="73736D1C" w14:textId="77777777" w:rsidR="002B6931" w:rsidRDefault="007C17EE">
      <w:r>
        <w:t>Espero que eso responda a tu pregunta, pero creo que... Oh, sí...</w:t>
      </w:r>
    </w:p>
    <w:p w14:paraId="2E2DCB00" w14:textId="77777777" w:rsidR="002B6931" w:rsidRDefault="007C17EE">
      <w:r>
        <w:t>Creo que eso forma parte de ello, sí.</w:t>
      </w:r>
    </w:p>
    <w:p w14:paraId="2DD19432" w14:textId="77777777" w:rsidR="002B6931" w:rsidRDefault="007C17EE">
      <w:r>
        <w:t>[00:18:37] David Osher: No, creo que sí.</w:t>
      </w:r>
    </w:p>
    <w:p w14:paraId="5C2F09CB" w14:textId="77777777" w:rsidR="002B6931" w:rsidRDefault="007C17EE">
      <w:r>
        <w:t>De hecho, lo que acabas de hacer también comparte otro punto clave: la importancia de que las personas sean profesionales reflexivos.</w:t>
      </w:r>
    </w:p>
    <w:p w14:paraId="1397A377" w14:textId="77777777" w:rsidR="002B6931" w:rsidRDefault="007C17EE">
      <w:r>
        <w:t>Por ejemplo, estar en una reunión y tener la noción de cuándo uno debe intervenir se basa en la reflexión constante.</w:t>
      </w:r>
    </w:p>
    <w:p w14:paraId="3B66C33A" w14:textId="77777777" w:rsidR="002B6931" w:rsidRDefault="007C17EE">
      <w:r>
        <w:t>Entonces, la práctica reflexiva [00:19:00] no es solo ser reflexivo en el momento de la práctica, sino también reflexionar y aprender de tu práctica, y a menudo aprender con otros, y desplegar equipos de la manera de la que estás hablando.</w:t>
      </w:r>
    </w:p>
    <w:p w14:paraId="705C6E58" w14:textId="77777777" w:rsidR="002B6931" w:rsidRDefault="007C17EE">
      <w:r>
        <w:t>Porque ninguna persona sola puede hacerlo tan bien como un grupo de personas si distribuyen sus voces y su paciencia... Exacto... y sus estilos.</w:t>
      </w:r>
    </w:p>
    <w:p w14:paraId="250223DA" w14:textId="77777777" w:rsidR="002B6931" w:rsidRDefault="007C17EE">
      <w:r>
        <w:t>[00:19:23] S.</w:t>
      </w:r>
    </w:p>
    <w:p w14:paraId="5E261BAA" w14:textId="77777777" w:rsidR="002B6931" w:rsidRDefault="007C17EE">
      <w:r>
        <w:t>Kwesi Rollins: O bien, pide la opinión de colegas y otras personas a las que respetes.</w:t>
      </w:r>
    </w:p>
    <w:p w14:paraId="77002ECF" w14:textId="77777777" w:rsidR="002B6931" w:rsidRDefault="007C17EE">
      <w:r>
        <w:lastRenderedPageBreak/>
        <w:t>¿Me pasé de la raya?</w:t>
      </w:r>
    </w:p>
    <w:p w14:paraId="5D10A42C" w14:textId="77777777" w:rsidR="002B6931" w:rsidRDefault="007C17EE">
      <w:r>
        <w:t>[00:19:28] David Osher: Sí.</w:t>
      </w:r>
    </w:p>
    <w:p w14:paraId="62771841" w14:textId="77777777" w:rsidR="002B6931" w:rsidRDefault="007C17EE">
      <w:r>
        <w:t>[00:19:28] S.</w:t>
      </w:r>
    </w:p>
    <w:p w14:paraId="0DEA6183" w14:textId="77777777" w:rsidR="002B6931" w:rsidRDefault="007C17EE">
      <w:r>
        <w:t>Kwesi Rollins: ¿Acaso... acaso perdí la cabeza?</w:t>
      </w:r>
    </w:p>
    <w:p w14:paraId="73ABA7A4" w14:textId="77777777" w:rsidR="002B6931" w:rsidRDefault="007C17EE">
      <w:r>
        <w:t>Sí.</w:t>
      </w:r>
    </w:p>
    <w:p w14:paraId="1B4B429B" w14:textId="77777777" w:rsidR="002B6931" w:rsidRDefault="007C17EE">
      <w:r>
        <w:t>¿Estuve en lo cierto?</w:t>
      </w:r>
    </w:p>
    <w:p w14:paraId="3146E9BC" w14:textId="77777777" w:rsidR="002B6931" w:rsidRDefault="007C17EE">
      <w:r>
        <w:t>Porque, en mi caso, no soy, como ya dije, en la mayoría de los entornos de colaboración en los que participo, se me conoce por ser directo y decir las cosas difíciles sin rodeos, nombrando el elefante en la habitación, pero no cultivo eso solo porque quiera que esa sea mi imagen pública.</w:t>
      </w:r>
    </w:p>
    <w:p w14:paraId="08819855" w14:textId="77777777" w:rsidR="002B6931" w:rsidRDefault="007C17EE">
      <w:r>
        <w:t>Lo hago porque creo que es lo correcto.</w:t>
      </w:r>
    </w:p>
    <w:p w14:paraId="6EBDAFD8" w14:textId="77777777" w:rsidR="002B6931" w:rsidRDefault="007C17EE">
      <w:r>
        <w:t>Por eso, también es importante encontrar un equilibrio en ese aspecto, según mi experiencia.</w:t>
      </w:r>
    </w:p>
    <w:p w14:paraId="7E0FEFCB" w14:textId="77777777" w:rsidR="002B6931" w:rsidRDefault="007C17EE">
      <w:r>
        <w:t>Y ahora, por supuesto, estoy, a medida que mi carrera [00:20:00] llega a su fin, así que estoy en la cima de lo que sea que eso signifique.</w:t>
      </w:r>
    </w:p>
    <w:p w14:paraId="446F4864" w14:textId="77777777" w:rsidR="002B6931" w:rsidRDefault="007C17EE">
      <w:r>
        <w:t>Cuando era más joven, no siempre fue así.</w:t>
      </w:r>
    </w:p>
    <w:p w14:paraId="7C38F1BA" w14:textId="77777777" w:rsidR="002B6931" w:rsidRDefault="007C17EE">
      <w:r>
        <w:t>No tenía la misma posición que tengo ahora, aunque seguía teniendo la misma inclinación a ser honesto y a hacer las preguntas difíciles.</w:t>
      </w:r>
    </w:p>
    <w:p w14:paraId="2F9E5EC3" w14:textId="77777777" w:rsidR="002B6931" w:rsidRDefault="007C17EE">
      <w:r>
        <w:t>[00:20:15] David Osher: Y permítanme agregar que creo que esa reflexión y consulta con otros es particularmente importante también para mis compañeros oyentes blancos y hombres blancos.</w:t>
      </w:r>
    </w:p>
    <w:p w14:paraId="69A631C9" w14:textId="77777777" w:rsidR="002B6931" w:rsidRDefault="007C17EE">
      <w:r>
        <w:t>Significado: Sí... una de las cosas que siempre me pregunto en ciertas situaciones es: si me estoy imponiendo porque nadie más lo hace, ¿estoy quitando la voz a los demás?</w:t>
      </w:r>
    </w:p>
    <w:p w14:paraId="27D0C8C8" w14:textId="77777777" w:rsidR="002B6931" w:rsidRDefault="007C17EE">
      <w:r>
        <w:t>Así que hay otra cosa.</w:t>
      </w:r>
    </w:p>
    <w:p w14:paraId="0FB3758E" w14:textId="77777777" w:rsidR="002B6931" w:rsidRDefault="007C17EE">
      <w:r>
        <w:t>Tú también tienes que hacerlo, pero siempre soy muy consciente de ese aspecto de mi cargo.</w:t>
      </w:r>
    </w:p>
    <w:p w14:paraId="72B17457" w14:textId="77777777" w:rsidR="002B6931" w:rsidRDefault="007C17EE">
      <w:r>
        <w:t>Así que, de nuevo, estoy reflexionando sobre eso, y tengo que acudir a personas que vienen de diferentes posiciones a las que respeto y que me ayudan a saber si hablo demasiado o no.</w:t>
      </w:r>
    </w:p>
    <w:p w14:paraId="1CC930CF" w14:textId="77777777" w:rsidR="002B6931" w:rsidRDefault="007C17EE">
      <w:r>
        <w:t>[00:20:59] S.</w:t>
      </w:r>
    </w:p>
    <w:p w14:paraId="6D622AC5" w14:textId="77777777" w:rsidR="002B6931" w:rsidRDefault="007C17EE">
      <w:r>
        <w:t>Kwesi Rollins: [00:21:00] Sí.</w:t>
      </w:r>
    </w:p>
    <w:p w14:paraId="6A0FC2E5" w14:textId="77777777" w:rsidR="002B6931" w:rsidRDefault="007C17EE">
      <w:r>
        <w:lastRenderedPageBreak/>
        <w:t>Sí, no, es importante.</w:t>
      </w:r>
    </w:p>
    <w:p w14:paraId="79B4CAA4" w14:textId="77777777" w:rsidR="002B6931" w:rsidRDefault="007C17EE">
      <w:r>
        <w:t>La autoconciencia es clave, y algunas personas simplemente no la tienen.</w:t>
      </w:r>
    </w:p>
    <w:p w14:paraId="27CEF4A9" w14:textId="77777777" w:rsidR="002B6931" w:rsidRDefault="007C17EE">
      <w:r>
        <w:t>Tú, entonces la autoconciencia, sí, ahora tenemos términos como inteligencia emocional.</w:t>
      </w:r>
    </w:p>
    <w:p w14:paraId="498CAD45" w14:textId="77777777" w:rsidR="002B6931" w:rsidRDefault="007C17EE">
      <w:r>
        <w:t>Hay gente que simplemente no lo tiene, y eso es, es lo que es.</w:t>
      </w:r>
    </w:p>
    <w:p w14:paraId="34DFFA8C" w14:textId="77777777" w:rsidR="002B6931" w:rsidRDefault="007C17EE">
      <w:r>
        <w:t>Me considero afortunado de tenerlo y de haberlo cultivado, y por eso tengo un profundo nivel de autoconciencia.</w:t>
      </w:r>
    </w:p>
    <w:p w14:paraId="0F9B9578" w14:textId="77777777" w:rsidR="002B6931" w:rsidRDefault="007C17EE">
      <w:r>
        <w:t>Elijo mis palabras con mucho cuidado.</w:t>
      </w:r>
    </w:p>
    <w:p w14:paraId="5EC1D071" w14:textId="77777777" w:rsidR="002B6931" w:rsidRDefault="007C17EE">
      <w:r>
        <w:t>Soy muy intencional.</w:t>
      </w:r>
    </w:p>
    <w:p w14:paraId="4C667390" w14:textId="77777777" w:rsidR="002B6931" w:rsidRDefault="007C17EE">
      <w:r>
        <w:t>Todo el tiempo.</w:t>
      </w:r>
    </w:p>
    <w:p w14:paraId="116C4677" w14:textId="77777777" w:rsidR="002B6931" w:rsidRDefault="007C17EE">
      <w:r>
        <w:t>Estoy en un campo, como bien sabes, donde soy un hombre con cierta autoridad y estoy rodeado de muchas mujeres.</w:t>
      </w:r>
    </w:p>
    <w:p w14:paraId="01D7ECF8" w14:textId="77777777" w:rsidR="002B6931" w:rsidRDefault="007C17EE">
      <w:r>
        <w:t>Soy muy consciente de esa dinámica.</w:t>
      </w:r>
    </w:p>
    <w:p w14:paraId="53AAA03D" w14:textId="77777777" w:rsidR="002B6931" w:rsidRDefault="007C17EE">
      <w:r>
        <w:t>Soy muy consciente de no dominar las conversaciones si no es necesario o no quiero hacerlo.</w:t>
      </w:r>
    </w:p>
    <w:p w14:paraId="53D21C34" w14:textId="77777777" w:rsidR="002B6931" w:rsidRDefault="007C17EE">
      <w:r>
        <w:t>Así que, son cosas buenas.</w:t>
      </w:r>
    </w:p>
    <w:p w14:paraId="3E90D1C7" w14:textId="77777777" w:rsidR="002B6931" w:rsidRDefault="007C17EE">
      <w:r>
        <w:t>Estas son buenas prácticas.</w:t>
      </w:r>
    </w:p>
    <w:p w14:paraId="54CCA5CB" w14:textId="77777777" w:rsidR="002B6931" w:rsidRDefault="007C17EE">
      <w:r>
        <w:t>Y, y en la comunidad, estaba en una reunión de la junta con una joven que finalmente se abrió y compartió que es una de las miembros más jóvenes de nuestra, en esta junta en particular, y [00:22:00] así que gran parte del lenguaje y la jerga la superaban, y finalmente tuvo el coraje de decirlo.</w:t>
      </w:r>
    </w:p>
    <w:p w14:paraId="4A01492B" w14:textId="77777777" w:rsidR="002B6931" w:rsidRDefault="007C17EE">
      <w:r>
        <w:t>Y desde nuestra perspectiva, como sus compañeros en esta junta, también reconocemos que tenemos que esforzarnos más para asegurarnos de no usar un lenguaje que no entienda, y tenemos que detenernos, hacer pausas, hacer preguntas y asegurarnos de que pueda participar plenamente. Porque no basta con tener a un padre o a un joven en la junta, sino que tienen que poder participar plenamente, y eso significa que tenemos que hacer un esfuerzo adicional y prestar atención.</w:t>
      </w:r>
    </w:p>
    <w:p w14:paraId="2E60CA18" w14:textId="77777777" w:rsidR="002B6931" w:rsidRDefault="007C17EE">
      <w:r>
        <w:t>[00:22:39] David Osher: Sí</w:t>
      </w:r>
    </w:p>
    <w:p w14:paraId="5235BB88" w14:textId="77777777" w:rsidR="002B6931" w:rsidRDefault="007C17EE">
      <w:r>
        <w:t>[00:22:39] S.</w:t>
      </w:r>
    </w:p>
    <w:p w14:paraId="72682ED0" w14:textId="77777777" w:rsidR="002B6931" w:rsidRDefault="007C17EE">
      <w:r>
        <w:t>Kwesi Rollins: a eso.</w:t>
      </w:r>
    </w:p>
    <w:p w14:paraId="21D8DCAC" w14:textId="77777777" w:rsidR="002B6931" w:rsidRDefault="007C17EE">
      <w:r>
        <w:t>Así que es una lucha constante.</w:t>
      </w:r>
    </w:p>
    <w:p w14:paraId="179676BF" w14:textId="77777777" w:rsidR="002B6931" w:rsidRDefault="007C17EE">
      <w:r>
        <w:lastRenderedPageBreak/>
        <w:t>Creo que supone un pequeño esfuerzo extra que, a la larga, da grandes frutos.</w:t>
      </w:r>
    </w:p>
    <w:p w14:paraId="02564313" w14:textId="77777777" w:rsidR="002B6931" w:rsidRDefault="007C17EE">
      <w:r>
        <w:t>[00:22:47] David Osher: Sí.</w:t>
      </w:r>
    </w:p>
    <w:p w14:paraId="4257E088" w14:textId="77777777" w:rsidR="002B6931" w:rsidRDefault="007C17EE">
      <w:r>
        <w:t>Mientras te escuchaba, estaba pensando en el hecho de que en un centro de asistencia técnica que dirigí y que trabajaba con todos los sitios del sistema federal de atención de salud mental, [00:23:00] teníamos un grupo de personas maravillosas que eran los asesores principales y que venían del terreno.</w:t>
      </w:r>
    </w:p>
    <w:p w14:paraId="404D96D4" w14:textId="77777777" w:rsidR="002B6931" w:rsidRDefault="007C17EE">
      <w:r>
        <w:t>Y el Dr.</w:t>
      </w:r>
    </w:p>
    <w:p w14:paraId="7BA01030" w14:textId="77777777" w:rsidR="002B6931" w:rsidRDefault="007C17EE">
      <w:r>
        <w:t>Gail Porter, quien era la asesora de salud mental, estaba dirigiendo una reunión con el NIMH sobre prácticas basadas en la evidencia.</w:t>
      </w:r>
    </w:p>
    <w:p w14:paraId="469A0516" w14:textId="77777777" w:rsidR="002B6931" w:rsidRDefault="007C17EE">
      <w:r>
        <w:t xml:space="preserve">Y lo que sacó a la luz es que si no te guías por la familia, si no escuchas las voces de las familias, suceden cosas, por ejemplo, decir: "Este es el momento en que se debe recetar el medicamento". </w:t>
      </w:r>
      <w:r>
        <w:br/>
        <w:t>Sí.</w:t>
      </w:r>
    </w:p>
    <w:p w14:paraId="1DC1FC61" w14:textId="77777777" w:rsidR="002B6931" w:rsidRDefault="007C17EE">
      <w:r>
        <w:t>Y si no estás dando...</w:t>
      </w:r>
    </w:p>
    <w:p w14:paraId="35FBD17B" w14:textId="77777777" w:rsidR="002B6931" w:rsidRDefault="007C17EE">
      <w:r>
        <w:t>Tomado.</w:t>
      </w:r>
    </w:p>
    <w:p w14:paraId="18A03706" w14:textId="77777777" w:rsidR="002B6931" w:rsidRDefault="007C17EE">
      <w:r>
        <w:t>Y si no le das a la madre la oportunidad de decir: "Esa es una gran idea, pero debes saber que estoy trabajando en ese momento".</w:t>
      </w:r>
    </w:p>
    <w:p w14:paraId="556BA4C4" w14:textId="77777777" w:rsidR="002B6931" w:rsidRDefault="007C17EE">
      <w:r>
        <w:t>No puedo hacerlo.</w:t>
      </w:r>
    </w:p>
    <w:p w14:paraId="1D9CC6E7" w14:textId="77777777" w:rsidR="002B6931" w:rsidRDefault="007C17EE">
      <w:r>
        <w:t>¿Cómo vamos a manejarlo? Entonces lo que sucede es que el niño no recibe la medicación, y lo que se descarta es el hecho de que el paciente y la familia no han cumplido con el tratamiento.</w:t>
      </w:r>
    </w:p>
    <w:p w14:paraId="22873B46" w14:textId="77777777" w:rsidR="002B6931" w:rsidRDefault="007C17EE">
      <w:r>
        <w:t>En realidad, el problema radicaba en que el profesional carecía de la capacidad para involucrar a esa familia de manera que pudiera ajustar la intervención.</w:t>
      </w:r>
    </w:p>
    <w:p w14:paraId="38F9BE7A" w14:textId="77777777" w:rsidR="002B6931" w:rsidRDefault="007C17EE">
      <w:r>
        <w:t>[00:23:57] S.</w:t>
      </w:r>
    </w:p>
    <w:p w14:paraId="600D2430" w14:textId="77777777" w:rsidR="002B6931" w:rsidRDefault="007C17EE">
      <w:r>
        <w:t>Kwesi Rollins: Sí.</w:t>
      </w:r>
    </w:p>
    <w:p w14:paraId="7332256B" w14:textId="77777777" w:rsidR="002B6931" w:rsidRDefault="007C17EE">
      <w:r>
        <w:t>No, creo que eso es, creo que eso es [00:24:00] cierto.</w:t>
      </w:r>
    </w:p>
    <w:p w14:paraId="65D26DDC" w14:textId="77777777" w:rsidR="002B6931" w:rsidRDefault="007C17EE">
      <w:r>
        <w:t>Y yo, no estoy seguro de qué es eso.</w:t>
      </w:r>
    </w:p>
    <w:p w14:paraId="54CD71A7" w14:textId="77777777" w:rsidR="002B6931" w:rsidRDefault="007C17EE">
      <w:r>
        <w:t>Tal vez sean los plazos de entrega, tal vez sean otro tipo de cosas.</w:t>
      </w:r>
    </w:p>
    <w:p w14:paraId="688E009D" w14:textId="77777777" w:rsidR="002B6931" w:rsidRDefault="007C17EE">
      <w:r>
        <w:t>Ha habido una tendencia a priorizar cierta información sobre otra y a tomar atajos.</w:t>
      </w:r>
    </w:p>
    <w:p w14:paraId="2ABA64EC" w14:textId="77777777" w:rsidR="002B6931" w:rsidRDefault="007C17EE">
      <w:r>
        <w:lastRenderedPageBreak/>
        <w:t>Ahora bien, están surgiendo muchísimas pruebas de que muchos de los medicamentos que han sido aprobados y han pasado por ensayos clínicos solo se han probado en una muestra representativa de la sociedad, y que esos hallazgos no se aplican automáticamente.</w:t>
      </w:r>
    </w:p>
    <w:p w14:paraId="4BBE7C10" w14:textId="77777777" w:rsidR="002B6931" w:rsidRDefault="007C17EE">
      <w:r>
        <w:t>Los hallazgos se basan en que el 80% de los resultados se basan en hombres blancos en Europa.</w:t>
      </w:r>
    </w:p>
    <w:p w14:paraId="65AA52D8" w14:textId="77777777" w:rsidR="002B6931" w:rsidRDefault="007C17EE">
      <w:r>
        <w:t>[00:24:31] David Osher: Sí</w:t>
      </w:r>
    </w:p>
    <w:p w14:paraId="52390AEC" w14:textId="77777777" w:rsidR="002B6931" w:rsidRDefault="007C17EE">
      <w:r>
        <w:t>[00:24:31] S.</w:t>
      </w:r>
    </w:p>
    <w:p w14:paraId="7164F37F" w14:textId="77777777" w:rsidR="002B6931" w:rsidRDefault="007C17EE">
      <w:r>
        <w:t>Kwesi Rollins: No se aplique a las mujeres negras del Congo.</w:t>
      </w:r>
    </w:p>
    <w:p w14:paraId="48DE4154" w14:textId="77777777" w:rsidR="002B6931" w:rsidRDefault="007C17EE">
      <w:r>
        <w:t>Así que todo esto es...</w:t>
      </w:r>
    </w:p>
    <w:p w14:paraId="117D0677" w14:textId="77777777" w:rsidR="002B6931" w:rsidRDefault="007C17EE">
      <w:r>
        <w:t>Así que, poco a poco, y por supuesto que ese nivel de estudios cuesta más dinero, pero esto también tiene consecuencias.</w:t>
      </w:r>
    </w:p>
    <w:p w14:paraId="046DB9A2" w14:textId="77777777" w:rsidR="002B6931" w:rsidRDefault="007C17EE">
      <w:r>
        <w:t>Por lo tanto, se necesita más tiempo para hacerlo bien, pero cuando se hace bien, entonces se obtienen los beneficios.</w:t>
      </w:r>
    </w:p>
    <w:p w14:paraId="00772A63" w14:textId="77777777" w:rsidR="002B6931" w:rsidRDefault="007C17EE">
      <w:r>
        <w:t>Si lo haces bien y lo mantienes, los beneficios están ahí, y para mí esa es la consecuencia lógica.</w:t>
      </w:r>
    </w:p>
    <w:p w14:paraId="76A1C3B8" w14:textId="77777777" w:rsidR="002B6931" w:rsidRDefault="007C17EE">
      <w:r>
        <w:t>Así que incluso la evidencia misma a veces es insuficiente como evidencia, pero, y [00:25:00] eso no es para estar en contra, porque estoy totalmente a favor de la práctica basada en la evidencia.</w:t>
      </w:r>
    </w:p>
    <w:p w14:paraId="36DE6D0C" w14:textId="77777777" w:rsidR="002B6931" w:rsidRDefault="007C17EE">
      <w:r>
        <w:t>Pero también necesitamos tiempo para asegurarnos de que se pueda implementar en los entornos en los que operamos, porque las soluciones estandarizadas no funcionan.</w:t>
      </w:r>
    </w:p>
    <w:p w14:paraId="0E0A2653" w14:textId="77777777" w:rsidR="002B6931" w:rsidRDefault="007C17EE">
      <w:r>
        <w:t>[00:25:10] David Osher: Y una parte clave de esa evidencia implica escuchar al consumidor, escuchar a... Así es.</w:t>
      </w:r>
    </w:p>
    <w:p w14:paraId="366D0423" w14:textId="77777777" w:rsidR="002B6931" w:rsidRDefault="007C17EE">
      <w:r>
        <w:t>Así es... escuchar al joven e incorporar su forma de pensar.</w:t>
      </w:r>
    </w:p>
    <w:p w14:paraId="0F447F38" w14:textId="77777777" w:rsidR="002B6931" w:rsidRDefault="007C17EE">
      <w:r>
        <w:t>Permítame hacerle otra pregunta que se relaciona con otro ámbito en el que siempre se ha centrado su trabajo, que es cómo coordinar, alinear e integrar servicios, no solo dentro de las escuelas, sino también entre escuelas y comunidades.</w:t>
      </w:r>
    </w:p>
    <w:p w14:paraId="51D14C47" w14:textId="77777777" w:rsidR="002B6931" w:rsidRDefault="007C17EE">
      <w:r>
        <w:t>Y lo que quiero preguntarles es, ¿cómo pueden los líderes en las escuelas y en las comunidades trabajar mejor con las familias y los jóvenes para asegurar que la alineación [00:26:00] no sea solo una alineación en papel, sino una que esté realmente encarnada en sus propias experiencias?</w:t>
      </w:r>
    </w:p>
    <w:p w14:paraId="65681DD3" w14:textId="77777777" w:rsidR="002B6931" w:rsidRDefault="007C17EE">
      <w:r>
        <w:t>[00:26:08] S.</w:t>
      </w:r>
    </w:p>
    <w:p w14:paraId="664D2647" w14:textId="77777777" w:rsidR="002B6931" w:rsidRDefault="007C17EE">
      <w:r>
        <w:lastRenderedPageBreak/>
        <w:t>Kwesi Rollins: Sí, lleva tiempo.</w:t>
      </w:r>
    </w:p>
    <w:p w14:paraId="38C270F2" w14:textId="77777777" w:rsidR="002B6931" w:rsidRDefault="007C17EE">
      <w:r>
        <w:t>Se oyen algunas de las mismas palabras.</w:t>
      </w:r>
    </w:p>
    <w:p w14:paraId="1673D71F" w14:textId="77777777" w:rsidR="002B6931" w:rsidRDefault="007C17EE">
      <w:r>
        <w:t>Se necesita tiempo, se necesita intención, se necesita colaboración y mantener un diálogo lo suficientemente prolongado entre las distintas agencias para encontrar soluciones.</w:t>
      </w:r>
    </w:p>
    <w:p w14:paraId="7510869E" w14:textId="77777777" w:rsidR="002B6931" w:rsidRDefault="007C17EE">
      <w:r>
        <w:t>Es interesante, recuerdo haber llevado a comunidades y a un grupo de financiadores hace muchos años a visitar un distrito escolar que estaba implementando escuelas comunitarias y, una de las cosas que hicieron para involucrar a las familias fue tener, en Albuquerque ahora lo llaman Homework Diner, pero antes se llamaba de otra manera.</w:t>
      </w:r>
    </w:p>
    <w:p w14:paraId="16094ABF" w14:textId="77777777" w:rsidR="002B6931" w:rsidRDefault="007C17EE">
      <w:r>
        <w:t>Básicamente, todos los socios se reunieron y organizaron cenas en la escuela, y las familias vinieron y comieron con sus hijos y también hicieron la tarea. Y, y recuerdo [00:27:00] claramente, irónicamente, a un director, así que habíamos traído una delegación de personas que representaban a varios que estaban interesados en aprender más y hacer esto.</w:t>
      </w:r>
    </w:p>
    <w:p w14:paraId="7D8531B6" w14:textId="77777777" w:rsidR="002B6931" w:rsidRDefault="007C17EE">
      <w:r>
        <w:t>Y recuerdo que el director de un lugar, que formaba parte de una delegación comunitaria, dijo: "¿Cómo pagan la comida?".</w:t>
      </w:r>
    </w:p>
    <w:p w14:paraId="79D11963" w14:textId="77777777" w:rsidR="002B6931" w:rsidRDefault="007C17EE">
      <w:r>
        <w:t>Porque no podemos comprar comida como escuela, como distrito, ¿verdad?</w:t>
      </w:r>
    </w:p>
    <w:p w14:paraId="65C7D7FC" w14:textId="77777777" w:rsidR="002B6931" w:rsidRDefault="007C17EE">
      <w:r>
        <w:t>Y fue un recordatorio, y luego dieron una gran respuesta.</w:t>
      </w:r>
    </w:p>
    <w:p w14:paraId="3EB5C37A" w14:textId="77777777" w:rsidR="002B6931" w:rsidRDefault="007C17EE">
      <w:r>
        <w:t>Por eso tienes socios, para que los socios paguen la comida. Así que al final del día, ya sabes, la conclusión de la historia es que a los padres, a los niños y a todos los que están sentados en la habitación haciendo la tarea juntos no les importa cómo pagues la comida.</w:t>
      </w:r>
    </w:p>
    <w:p w14:paraId="5E18EC7F" w14:textId="77777777" w:rsidR="002B6931" w:rsidRDefault="007C17EE">
      <w:r>
        <w:t>En realidad no, no es importante para ellos.</w:t>
      </w:r>
    </w:p>
    <w:p w14:paraId="7D35A16B" w14:textId="77777777" w:rsidR="002B6931" w:rsidRDefault="007C17EE">
      <w:r>
        <w:t>No necesitan saberlo. Lo más importante es que lo resolvieron mediante la colaboración, y ahora todos se benefician.</w:t>
      </w:r>
    </w:p>
    <w:p w14:paraId="0D7E8B8C" w14:textId="77777777" w:rsidR="002B6931" w:rsidRDefault="007C17EE">
      <w:r>
        <w:t>Entonces los padres están más apegados a la escuela, los padres están, los niños están más apegados.</w:t>
      </w:r>
    </w:p>
    <w:p w14:paraId="4ABC2F22" w14:textId="77777777" w:rsidR="002B6931" w:rsidRDefault="007C17EE">
      <w:r>
        <w:t>Está vinculado al aprendizaje, que ahora la evidencia dice, esto es antes de que tuviéramos esa evidencia, que estaba vinculado al aprendizaje, [00:28:00] así que la participación es realmente extraordinaria, etcétera.</w:t>
      </w:r>
    </w:p>
    <w:p w14:paraId="30690AD0" w14:textId="77777777" w:rsidR="002B6931" w:rsidRDefault="007C17EE">
      <w:r>
        <w:t>Pero si solo fuera esto, si solo dependiera de cada escuela individual resolverlo, entonces la limitación inmediata es que no podemos alimentar a las familias, así que no podemos hacer esto.</w:t>
      </w:r>
    </w:p>
    <w:p w14:paraId="48D090C6" w14:textId="77777777" w:rsidR="002B6931" w:rsidRDefault="007C17EE">
      <w:r>
        <w:t>Pero si colaboras con otros socios comunitarios, otras agencias, otras personas, probablemente puedas encontrar una solución que todos agradezcan, y esa es...</w:t>
      </w:r>
    </w:p>
    <w:p w14:paraId="044ED326" w14:textId="77777777" w:rsidR="002B6931" w:rsidRDefault="007C17EE">
      <w:r>
        <w:lastRenderedPageBreak/>
        <w:t>Pero no se puede encontrar una solución alternativa si no se colabora lo suficiente en una visión compartida, en un objetivo común.</w:t>
      </w:r>
    </w:p>
    <w:p w14:paraId="5F071CC3" w14:textId="77777777" w:rsidR="002B6931" w:rsidRDefault="007C17EE">
      <w:r>
        <w:t>¿Qué pretendemos lograr juntos?</w:t>
      </w:r>
    </w:p>
    <w:p w14:paraId="2EE75B61" w14:textId="77777777" w:rsidR="002B6931" w:rsidRDefault="007C17EE">
      <w:r>
        <w:t>Lo cual también se relaciona con la idea de que la juventud prospere.</w:t>
      </w:r>
    </w:p>
    <w:p w14:paraId="7CA95959" w14:textId="77777777" w:rsidR="002B6931" w:rsidRDefault="007C17EE">
      <w:r>
        <w:t>¿Qué pretendemos lograr juntos para crear un entorno en el que los jóvenes puedan prosperar?</w:t>
      </w:r>
    </w:p>
    <w:p w14:paraId="07D5A59E" w14:textId="77777777" w:rsidR="002B6931" w:rsidRDefault="007C17EE">
      <w:r>
        <w:t>Ahora bien, los jóvenes haciendo los deberes con sus padres, comiendo juntos, con el personal y todo lo demás, eso es un ejemplo de prosperidad.</w:t>
      </w:r>
    </w:p>
    <w:p w14:paraId="2A3F62A9" w14:textId="77777777" w:rsidR="002B6931" w:rsidRDefault="007C17EE">
      <w:r>
        <w:t>Una actividad que obviamente conducirá al éxito.</w:t>
      </w:r>
    </w:p>
    <w:p w14:paraId="5CB8B314" w14:textId="77777777" w:rsidR="002B6931" w:rsidRDefault="007C17EE">
      <w:r>
        <w:t>Años después, eso se convertiría en el famoso programa de cenas para hacer la tarea en el lugar donde ese director hizo esa pregunta [00:29:00] hace 15 años, y se extendió, y ha llevado a todo tipo de desarrollos interesantes que son el tipo de ejemplo que queremos.</w:t>
      </w:r>
    </w:p>
    <w:p w14:paraId="34BADD42" w14:textId="77777777" w:rsidR="002B6931" w:rsidRDefault="007C17EE">
      <w:r>
        <w:t>Pero nunca se llega allí a menos que se responda a esa pregunta, y entonces esa pregunta obviamente fue respondida porque el lugar que estábamos visitando no era esa ciudad en particular, pero era una ciudad que estaba funcionando bien y lo había descubierto porque tenían a todas estas diferentes agencias colaborando, pensando en voz alta, encontrando soluciones en posición de actuar.</w:t>
      </w:r>
    </w:p>
    <w:p w14:paraId="7FC70264" w14:textId="77777777" w:rsidR="002B6931" w:rsidRDefault="007C17EE">
      <w:r>
        <w:t>Y creo que también aprendimos eso a través de la COVID-19: que nadie estaba preparado para la COVID-19, pero las comunidades que ya tenían una tradición de profunda colaboración entre organismos estaban en mejores condiciones para responder.</w:t>
      </w:r>
    </w:p>
    <w:p w14:paraId="10B3B93B" w14:textId="77777777" w:rsidR="002B6931" w:rsidRDefault="007C17EE">
      <w:r>
        <w:t>[00:29:46] David Osher: Sí.</w:t>
      </w:r>
    </w:p>
    <w:p w14:paraId="59D5CC7F" w14:textId="77777777" w:rsidR="002B6931" w:rsidRDefault="007C17EE">
      <w:r>
        <w:t>[00:29:46] S.</w:t>
      </w:r>
    </w:p>
    <w:p w14:paraId="7A130996" w14:textId="77777777" w:rsidR="002B6931" w:rsidRDefault="007C17EE">
      <w:r>
        <w:t>Kwesi Rollins: Sí.</w:t>
      </w:r>
    </w:p>
    <w:p w14:paraId="4763BD72" w14:textId="77777777" w:rsidR="002B6931" w:rsidRDefault="007C17EE">
      <w:r>
        <w:t>Porque ya tenían muchas cosas juntas.</w:t>
      </w:r>
    </w:p>
    <w:p w14:paraId="5867A54A" w14:textId="77777777" w:rsidR="002B6931" w:rsidRDefault="007C17EE">
      <w:r>
        <w:t>No tuvieron que ingeniárselas para trabajar juntos en medio de una crisis.</w:t>
      </w:r>
    </w:p>
    <w:p w14:paraId="1B3CF0C9" w14:textId="77777777" w:rsidR="002B6931" w:rsidRDefault="007C17EE">
      <w:r>
        <w:t>Ya estaban trabajando juntos y podían centrarse en una crisis desconocida.</w:t>
      </w:r>
    </w:p>
    <w:p w14:paraId="0BEE0DE3" w14:textId="77777777" w:rsidR="002B6931" w:rsidRDefault="007C17EE">
      <w:r>
        <w:t>[00:29:59] David Osher: Entonces [00:30:00] al igual que antes cuando hablabas de un equipo de personas que podrían desplegarse de manera diferente, si uno está conectado, si uno tiene relaciones, si uno se respeta y se entiende, entonces uno puede entrelazar más fácilmente la financiación, ¿verdad?</w:t>
      </w:r>
    </w:p>
    <w:p w14:paraId="46978027" w14:textId="77777777" w:rsidR="002B6931" w:rsidRDefault="007C17EE">
      <w:r>
        <w:t>Puedo encargarme de esto.</w:t>
      </w:r>
    </w:p>
    <w:p w14:paraId="3D1C24F8" w14:textId="77777777" w:rsidR="002B6931" w:rsidRDefault="007C17EE">
      <w:r>
        <w:lastRenderedPageBreak/>
        <w:t>[00:30:17] S.</w:t>
      </w:r>
    </w:p>
    <w:p w14:paraId="7BC31EE6" w14:textId="77777777" w:rsidR="002B6931" w:rsidRDefault="007C17EE">
      <w:r>
        <w:t>Kwesi Rollins: Exactamente.</w:t>
      </w:r>
    </w:p>
    <w:p w14:paraId="07855179" w14:textId="77777777" w:rsidR="002B6931" w:rsidRDefault="007C17EE">
      <w:r>
        <w:t>Y</w:t>
      </w:r>
    </w:p>
    <w:p w14:paraId="2093426F" w14:textId="77777777" w:rsidR="002B6931" w:rsidRDefault="007C17EE">
      <w:r>
        <w:t>[00:30:18] David Osher: eso está dentro de mi mandato.</w:t>
      </w:r>
    </w:p>
    <w:p w14:paraId="4C686DFF" w14:textId="77777777" w:rsidR="002B6931" w:rsidRDefault="007C17EE">
      <w:r>
        <w:t>Puedes encargarte de esto.</w:t>
      </w:r>
    </w:p>
    <w:p w14:paraId="5D50A906" w14:textId="77777777" w:rsidR="002B6931" w:rsidRDefault="007C17EE">
      <w:r>
        <w:t>Y- juntos somos mucho más poderosos, e- idealmente, cuando se trata de padres e hijos que hacen la tarea juntos, no lo saben.</w:t>
      </w:r>
    </w:p>
    <w:p w14:paraId="7A713FC4" w14:textId="77777777" w:rsidR="002B6931" w:rsidRDefault="007C17EE">
      <w:r>
        <w:t>No necesitan saberlo</w:t>
      </w:r>
    </w:p>
    <w:p w14:paraId="65A83451" w14:textId="77777777" w:rsidR="002B6931" w:rsidRDefault="007C17EE">
      <w:r>
        <w:t>[00:30:36] S.</w:t>
      </w:r>
    </w:p>
    <w:p w14:paraId="00EBF9D8" w14:textId="77777777" w:rsidR="002B6931" w:rsidRDefault="007C17EE">
      <w:r>
        <w:t>Kwesi Rollins: No necesitan saberlo, no les importa.</w:t>
      </w:r>
    </w:p>
    <w:p w14:paraId="77DC94F4" w14:textId="77777777" w:rsidR="002B6931" w:rsidRDefault="007C17EE">
      <w:r>
        <w:t>Y lamentablemente, sobre todo para las comunidades históricamente marginadas, lo que experimentan es que, como resultado de nuestra incapacidad para trabajar juntos, tienen que acudir a 17 agencias diferentes de la ciudad para conseguir una sola cosa.</w:t>
      </w:r>
    </w:p>
    <w:p w14:paraId="644B4B67" w14:textId="77777777" w:rsidR="002B6931" w:rsidRDefault="007C17EE">
      <w:r>
        <w:t>Lo experimentan como una desconexión total, un desafío, etcétera.</w:t>
      </w:r>
    </w:p>
    <w:p w14:paraId="37988FE7" w14:textId="77777777" w:rsidR="002B6931" w:rsidRDefault="007C17EE">
      <w:r>
        <w:t>Pero cuando tenemos nuestras cosas en orden, incluso [00:31:00] si no lo están, nunca es una situación permanente, pero cuando tenemos suficiente colaboración para realmente entregar algo y mantenerlo en marcha, entonces las familias, todos se benefician, y no necesitan saber los detalles.</w:t>
      </w:r>
    </w:p>
    <w:p w14:paraId="72D55074" w14:textId="77777777" w:rsidR="002B6931" w:rsidRDefault="007C17EE">
      <w:r>
        <w:t>Y de nuevo, se trata de quién utiliza el posicionamiento.</w:t>
      </w:r>
    </w:p>
    <w:p w14:paraId="7C7C738A" w14:textId="77777777" w:rsidR="002B6931" w:rsidRDefault="007C17EE">
      <w:r>
        <w:t>Y la verdad es que me sorprendió, porque estoy en esta reunión, y también estoy en esta reunión con funcionarios del programa de uno de nuestros financiadores, así que esa pregunta me pilló desprevenida.</w:t>
      </w:r>
    </w:p>
    <w:p w14:paraId="4D6969A5" w14:textId="77777777" w:rsidR="002B6931" w:rsidRDefault="007C17EE">
      <w:r>
        <w:t>Esa fue la primera pregunta que surgió, fue: "¿Cómo se paga la comida?" Lo cual entonces es, y es oh, bueno, entonces ese es un dilema.</w:t>
      </w:r>
    </w:p>
    <w:p w14:paraId="6006CA2A" w14:textId="77777777" w:rsidR="002B6931" w:rsidRDefault="007C17EE">
      <w:r>
        <w:t>Nosotros, y por eso, todos estos años después, siempre reflexiono sobre eso, sobre esa realidad, porque no es que la gente no esté tratando de averiguar cómo resolver estos problemas, sino que algunos de estos problemas son complejos, y por lo tanto no están diseñados, ninguna agencia podría resolverlos de todos modos.</w:t>
      </w:r>
    </w:p>
    <w:p w14:paraId="7F868452" w14:textId="77777777" w:rsidR="002B6931" w:rsidRDefault="007C17EE">
      <w:r>
        <w:t xml:space="preserve">[00:31:54] David Osher: Pero creo que así como la reflexión significa [00:32:00] comprender lo que te brinda tu posición, la reflexión también puede incluir comprender lo </w:t>
      </w:r>
      <w:r>
        <w:lastRenderedPageBreak/>
        <w:t>que no puedes hacer y por qué necesitas la ayuda de otra persona, para que juntos puedan formar un equipo.</w:t>
      </w:r>
    </w:p>
    <w:p w14:paraId="668F4089" w14:textId="77777777" w:rsidR="002B6931" w:rsidRDefault="007C17EE">
      <w:r>
        <w:t>[00:32:14] S.</w:t>
      </w:r>
    </w:p>
    <w:p w14:paraId="20ABC6A0" w14:textId="77777777" w:rsidR="002B6931" w:rsidRDefault="007C17EE">
      <w:r>
        <w:t>Kwesi Rollins: Sí.</w:t>
      </w:r>
    </w:p>
    <w:p w14:paraId="78EFAF74" w14:textId="77777777" w:rsidR="002B6931" w:rsidRDefault="007C17EE">
      <w:r>
        <w:t>Sí, y esto nos lleva de nuevo a lo que hacen los líderes...</w:t>
      </w:r>
    </w:p>
    <w:p w14:paraId="1E2AF259" w14:textId="77777777" w:rsidR="002B6931" w:rsidRDefault="007C17EE">
      <w:r>
        <w:t>Así que parte de esto también es una cuestión de liderazgo.</w:t>
      </w:r>
    </w:p>
    <w:p w14:paraId="70A007E3" w14:textId="77777777" w:rsidR="002B6931" w:rsidRDefault="007C17EE">
      <w:r>
        <w:t>¿Qué estás dispuesto a hacer?</w:t>
      </w:r>
    </w:p>
    <w:p w14:paraId="465B7B36" w14:textId="77777777" w:rsidR="002B6931" w:rsidRDefault="007C17EE">
      <w:r>
        <w:t>En algunos casos, debido al entorno, es menos probable que un líder intente implementar esta innovación porque no puede controlarlo todo, así que se limitará a lo que sí puede controlar, lo que restringe las posibles respuestas.</w:t>
      </w:r>
    </w:p>
    <w:p w14:paraId="3E92A819" w14:textId="77777777" w:rsidR="002B6931" w:rsidRDefault="007C17EE">
      <w:r>
        <w:t>Y vemos mucho de eso, no solo en las escuelas, sino que vemos mucho de eso en agencias de todos los ámbitos.</w:t>
      </w:r>
    </w:p>
    <w:p w14:paraId="1B47ACFD" w14:textId="77777777" w:rsidR="002B6931" w:rsidRDefault="007C17EE">
      <w:r>
        <w:t>[00:32:42] David Osher: En el episodio que sigue, estará Eric Gordon, quien, como saben, estuvo involucrado en una increíble transformación en Cleveland y ahora trabaja en otra organización colaborativa, y Queena Kim de la UCL [00:33:00] Escuela Comunitaria de la UCLA, que sé que conocen, porque...</w:t>
      </w:r>
    </w:p>
    <w:p w14:paraId="27C41A96" w14:textId="77777777" w:rsidR="002B6931" w:rsidRDefault="007C17EE">
      <w:r>
        <w:t>[00:33:03] S.</w:t>
      </w:r>
    </w:p>
    <w:p w14:paraId="293CBA92" w14:textId="77777777" w:rsidR="002B6931" w:rsidRDefault="007C17EE">
      <w:r>
        <w:t>Kwesi Rollins: Sí</w:t>
      </w:r>
    </w:p>
    <w:p w14:paraId="19CE30DC" w14:textId="77777777" w:rsidR="002B6931" w:rsidRDefault="007C17EE">
      <w:r>
        <w:t>[00:33:03] David Osher: tú también lo has estudiado.</w:t>
      </w:r>
    </w:p>
    <w:p w14:paraId="163515C8" w14:textId="77777777" w:rsidR="002B6931" w:rsidRDefault="007C17EE">
      <w:r>
        <w:t>Y lo han hecho, y seguirán haciéndolo, proporcionando ejemplos de lugares que hacen algunas de las cosas de las que usted está hablando.</w:t>
      </w:r>
    </w:p>
    <w:p w14:paraId="0D91536E" w14:textId="77777777" w:rsidR="002B6931" w:rsidRDefault="007C17EE">
      <w:r>
        <w:t>Me gustaría invitarte a que describas otro lugar que hayas visto y cómo ha evolucionado con el tiempo, un poco donde la gente haya podido construir de la manera que has mencionado.</w:t>
      </w:r>
    </w:p>
    <w:p w14:paraId="1B3A582A" w14:textId="77777777" w:rsidR="002B6931" w:rsidRDefault="007C17EE">
      <w:r>
        <w:t>[00:33:24] S.</w:t>
      </w:r>
    </w:p>
    <w:p w14:paraId="2854F563" w14:textId="77777777" w:rsidR="002B6931" w:rsidRDefault="007C17EE">
      <w:r>
        <w:t>Kwesi Rollins: Sí.</w:t>
      </w:r>
    </w:p>
    <w:p w14:paraId="5E569E4C" w14:textId="77777777" w:rsidR="002B6931" w:rsidRDefault="007C17EE">
      <w:r>
        <w:t>Hay muchos lugares que... ese lugar en particular al que llevamos a la gente a visitar hace tantos años fue el condado de Multnomah, Portland, el área metropolitana de Portland.</w:t>
      </w:r>
    </w:p>
    <w:p w14:paraId="3C03A074" w14:textId="77777777" w:rsidR="002B6931" w:rsidRDefault="007C17EE">
      <w:r>
        <w:t>Sí.</w:t>
      </w:r>
    </w:p>
    <w:p w14:paraId="722F499F" w14:textId="77777777" w:rsidR="002B6931" w:rsidRDefault="007C17EE">
      <w:r>
        <w:t>El condado de Multnomah decidió adoptar la estrategia de escuelas comunitarias a finales de los años 90 como una estrategia contra la pobreza, aunque parezca mentira.</w:t>
      </w:r>
    </w:p>
    <w:p w14:paraId="1B283D8B" w14:textId="77777777" w:rsidR="002B6931" w:rsidRDefault="007C17EE">
      <w:r>
        <w:lastRenderedPageBreak/>
        <w:t>Y la oficina del condado de, supongo, salud, no recuerdo ahora cómo se llamaban, se convirtieron en los líderes, e involucraron a los seis distritos escolares del condado que tenían más necesidad, e involucraron a [00:34:00] muchos socios sin fines de lucro, e hicieron que todo sucediera, y crecieron.</w:t>
      </w:r>
    </w:p>
    <w:p w14:paraId="71CDBCCF" w14:textId="77777777" w:rsidR="002B6931" w:rsidRDefault="007C17EE">
      <w:r>
        <w:t>Desde que iniciaron su iniciativa con ocho escuelas hasta ahora con casi 100 escuelas comunitarias, han tenido muchos altibajos y contratiempos en el camino, han visto cómo la financiación federal iba y venía, y cómo el liderazgo iba y venía, tanto a nivel de superintendente como de liderazgo del condado, alcaldes de ciudades, etcétera.</w:t>
      </w:r>
    </w:p>
    <w:p w14:paraId="7CD13DB1" w14:textId="77777777" w:rsidR="002B6931" w:rsidRDefault="007C17EE">
      <w:r>
        <w:t>Pero en general lo hemos mantenido en marcha con éxito y hemos conservado esa visión.</w:t>
      </w:r>
    </w:p>
    <w:p w14:paraId="0238B01B" w14:textId="77777777" w:rsidR="002B6931" w:rsidRDefault="007C17EE">
      <w:r>
        <w:t>Y en el proceso, formaron parte de una iniciativa en la que participamos, les presentamos temas relacionados con la primera infancia y se convirtieron en líderes en programas de preparación escolar y en la creación de actividades de verano para niños de preescolar, con el fin de prepararlos para la escuela.</w:t>
      </w:r>
    </w:p>
    <w:p w14:paraId="53C8B893" w14:textId="77777777" w:rsidR="002B6931" w:rsidRDefault="007C17EE">
      <w:r>
        <w:t>Así que simplemente lo hicieron, tenían una mesa de colaboración que mantuvieron durante todos estos años que ha sido el lugar donde la gente descubre cómo mantenerse a bordo y [00:35:00] hacer crecer esa iniciativa.</w:t>
      </w:r>
    </w:p>
    <w:p w14:paraId="565DC528" w14:textId="77777777" w:rsidR="002B6931" w:rsidRDefault="007C17EE">
      <w:r>
        <w:t>Lo cual es una prueba no solo de su longevidad, sino también de su compromiso como comunidad. Y muchas cosas han sucedido en ese tiempo.</w:t>
      </w:r>
    </w:p>
    <w:p w14:paraId="666173A2" w14:textId="77777777" w:rsidR="002B6931" w:rsidRDefault="007C17EE">
      <w:r>
        <w:t>Llegó Strive, y luego algunos líderes de la ciudad que no se dieron cuenta de lo que habían hecho decidieron que tenían que hacer Strive allí, y descubrieron cómo encontrar un equilibrio allí.</w:t>
      </w:r>
    </w:p>
    <w:p w14:paraId="439E0177" w14:textId="77777777" w:rsidR="002B6931" w:rsidRDefault="007C17EE">
      <w:r>
        <w:t>Y creo que una de las cosas, incluso en mi propia reflexión, es que, con el tiempo, es difícil mantener y sostener muchos de estos esfuerzos por muchas razones, incluyendo la voluntad política, el compromiso, las cosas que van y vienen, etcétera.</w:t>
      </w:r>
    </w:p>
    <w:p w14:paraId="1FAB167D" w14:textId="77777777" w:rsidR="002B6931" w:rsidRDefault="007C17EE">
      <w:r>
        <w:t>Pero los lugares que han logrado hacerlo, creo que Cincinnati es otro ejemplo de lo que dio origen a Strive, pero ellos también comenzaron por esa misma época a finales de los 90, cuando una jueza de un tribunal de menores se inspiró para hacer algo diferente porque estaba cansada de ver niños en su sala de audiencias y decidió que quería trabajar en el otro extremo del espectro, en el lado preventivo, y creó la iniciativa de Centros de Aprendizaje Comunitario.</w:t>
      </w:r>
    </w:p>
    <w:p w14:paraId="018A6E3D" w14:textId="77777777" w:rsidR="002B6931" w:rsidRDefault="007C17EE">
      <w:r>
        <w:t>Y eso ha crecido y ha alcanzado renombre nacional, muchas de las escuelas de allí.</w:t>
      </w:r>
    </w:p>
    <w:p w14:paraId="36B3CFCF" w14:textId="77777777" w:rsidR="002B6931" w:rsidRDefault="007C17EE">
      <w:r>
        <w:t>Y Cincinnati no es perfecto, pero sigue siendo un esfuerzo de todo el distrito para mantener esto en marcha, y todavía cuenta con el apoyo de los principales financiadores, todavía cuenta con el apoyo de los principales líderes, ha logrado mantenerse a través de diferentes líderes superintendentes, etcétera.</w:t>
      </w:r>
    </w:p>
    <w:p w14:paraId="2B381424" w14:textId="77777777" w:rsidR="002B6931" w:rsidRDefault="007C17EE">
      <w:r>
        <w:lastRenderedPageBreak/>
        <w:t>Y creo que esos son al menos un par de ejemplos.</w:t>
      </w:r>
    </w:p>
    <w:p w14:paraId="21696326" w14:textId="77777777" w:rsidR="002B6931" w:rsidRDefault="007C17EE">
      <w:r>
        <w:t>Albuquerque es otro caso donde tuvieron un comienzo quizás un poco más tardío para averiguar cómo ponerlo en marcha, pero después de que esa iniciativa obtuvo el liderazgo adecuado, realmente despegaron y siempre han tenido como núcleo, a través de, esencialmente un memorando de entendimiento entre las agencias clave, la ciudad, el condado, el distrito escolar, etcétera, siempre han tenido un [00:37:00] contexto en el que trabajar.</w:t>
      </w:r>
    </w:p>
    <w:p w14:paraId="630D79E0" w14:textId="77777777" w:rsidR="002B6931" w:rsidRDefault="007C17EE">
      <w:r>
        <w:t>Creo que su lenguaje es el de un acuerdo entre potencias conjuntas.</w:t>
      </w:r>
    </w:p>
    <w:p w14:paraId="170974BF" w14:textId="77777777" w:rsidR="002B6931" w:rsidRDefault="007C17EE">
      <w:r>
        <w:t>Pero han logrado mantener ese trabajo en marcha y sostenerlo en todos los ámbitos, y continúan combinando, entrelazando, siendo creativos y sirviendo a los niños.</w:t>
      </w:r>
    </w:p>
    <w:p w14:paraId="60D08C37" w14:textId="77777777" w:rsidR="002B6931" w:rsidRDefault="007C17EE">
      <w:r>
        <w:t>Así que creo que gran parte de esto consiste realmente en ser capaz de resistir el cambio y tener gente que mantenga la vista puesta en el objetivo principal a pesar de ello, porque obviamente ha habido muchos cambios en los últimos 20 años.</w:t>
      </w:r>
    </w:p>
    <w:p w14:paraId="3BA0091A" w14:textId="77777777" w:rsidR="002B6931" w:rsidRDefault="007C17EE">
      <w:r>
        <w:t>[00:37:28] David Osher: Y creo que esos son tres muy buenos ejemplos.</w:t>
      </w:r>
    </w:p>
    <w:p w14:paraId="0589EC3C" w14:textId="77777777" w:rsidR="002B6931" w:rsidRDefault="007C17EE">
      <w:r>
        <w:t>Y yo, de diferentes maneras, conozco a los tres.</w:t>
      </w:r>
    </w:p>
    <w:p w14:paraId="17387FB5" w14:textId="77777777" w:rsidR="002B6931" w:rsidRDefault="007C17EE">
      <w:r>
        <w:t>Y, de diferentes maneras, pero forma parte de lo mismo: mantener la vista puesta en el objetivo.</w:t>
      </w:r>
    </w:p>
    <w:p w14:paraId="6D880849" w14:textId="77777777" w:rsidR="002B6931" w:rsidRDefault="007C17EE">
      <w:r>
        <w:t>Noma fue el único lugar con una oficina de justicia juvenil y un esfuerzo de prevención de la delincuencia para reducir el confinamiento desproporcionado de minorías en el centro de detención que realmente tuvo éxito, porque siguieron mirando los datos y dijeron: "Oh, no estamos haciendo esto lo suficientemente bien.</w:t>
      </w:r>
    </w:p>
    <w:p w14:paraId="16B2C7F1" w14:textId="77777777" w:rsidR="002B6931" w:rsidRDefault="007C17EE">
      <w:r>
        <w:t>Volvamos atrás." No dijo, [00:38:00] "Está bien, lo intentamos.</w:t>
      </w:r>
    </w:p>
    <w:p w14:paraId="63AD1FEC" w14:textId="77777777" w:rsidR="002B6931" w:rsidRDefault="007C17EE">
      <w:r>
        <w:t>Pasemos al siguiente punto. Y, entre otras cosas, Cincinnati, que yo sepa, es el único sistema público del país que está construyendo escuelas Montessori a gran escala.</w:t>
      </w:r>
    </w:p>
    <w:p w14:paraId="03AE837E" w14:textId="77777777" w:rsidR="002B6931" w:rsidRDefault="007C17EE">
      <w:r>
        <w:t>[00:38:13] S.</w:t>
      </w:r>
    </w:p>
    <w:p w14:paraId="58F73BAF" w14:textId="77777777" w:rsidR="002B6931" w:rsidRDefault="007C17EE">
      <w:r>
        <w:t>Kwesi Rollins: Sí.</w:t>
      </w:r>
    </w:p>
    <w:p w14:paraId="1FB98A48" w14:textId="77777777" w:rsidR="002B6931" w:rsidRDefault="007C17EE">
      <w:r>
        <w:t>[00:38:14] David Osher: Eso es lo que normalmente se les ofrece en este país solo a los niños de clase media.</w:t>
      </w:r>
    </w:p>
    <w:p w14:paraId="2BFAC09A" w14:textId="77777777" w:rsidR="002B6931" w:rsidRDefault="007C17EE">
      <w:r>
        <w:t>Mm-hmm.</w:t>
      </w:r>
    </w:p>
    <w:p w14:paraId="4DBBA29F" w14:textId="77777777" w:rsidR="002B6931" w:rsidRDefault="007C17EE">
      <w:r>
        <w:t>Está disponible para todos los niños de Cincinnati.</w:t>
      </w:r>
    </w:p>
    <w:p w14:paraId="325A7CF6" w14:textId="77777777" w:rsidR="002B6931" w:rsidRDefault="007C17EE">
      <w:r>
        <w:lastRenderedPageBreak/>
        <w:t>Creo que esto forma parte de no perder de vista el objetivo y no dejarse llevar por una iniciativa pasajera.</w:t>
      </w:r>
    </w:p>
    <w:p w14:paraId="5478C2FB" w14:textId="77777777" w:rsidR="002B6931" w:rsidRDefault="007C17EE">
      <w:r>
        <w:t>[00:38:31] S.</w:t>
      </w:r>
    </w:p>
    <w:p w14:paraId="37DCFA51" w14:textId="77777777" w:rsidR="002B6931" w:rsidRDefault="007C17EE">
      <w:r>
        <w:t>Kwesi Rollins: Sí.</w:t>
      </w:r>
    </w:p>
    <w:p w14:paraId="337BB4D1" w14:textId="77777777" w:rsidR="002B6931" w:rsidRDefault="007C17EE">
      <w:r>
        <w:t>Y ninguno de estos esfuerzos es perfecto, pero creo que llevan el tiempo suficiente como para que siempre haya margen de mejora y siempre haya espacio para dar voz a quienes no siempre han estado presentes en medio de todo esto.</w:t>
      </w:r>
    </w:p>
    <w:p w14:paraId="2BD48307" w14:textId="77777777" w:rsidR="002B6931" w:rsidRDefault="007C17EE">
      <w:r>
        <w:t>Creo que parte de esto también se debe a que, si te quedas el tiempo suficiente, se introducen nuevos marcos de trabajo, se introducen nuevos nombres para las cosas, se generan nuevas fuentes de financiación porque hay nuevos financiadores en el juego.</w:t>
      </w:r>
    </w:p>
    <w:p w14:paraId="12B379DD" w14:textId="77777777" w:rsidR="002B6931" w:rsidRDefault="007C17EE">
      <w:r>
        <w:t>[00:39:00] Y creo que sus intenciones son buenas al intentar financiar la innovación, pero lo que a menudo se pasa por alto es que no solo necesitamos innovación por la innovación misma, sino que también necesitamos mantener lo que funciona bien y también necesitamos, y aquí es donde volviendo a analizar nuestra práctica, necesitamos comprender más profundamente, ¿el problema es que la intervención fue desacertada, o es que nunca la implementamos correctamente o no entendimos cuáles eran las barreras y los desafíos?</w:t>
      </w:r>
    </w:p>
    <w:p w14:paraId="0A56D05B" w14:textId="77777777" w:rsidR="002B6931" w:rsidRDefault="007C17EE">
      <w:r>
        <w:t>Y en una sociedad que cada dos o tres años siempre quiere ir hacia lo nuevo, uno se pierde esas lecciones.</w:t>
      </w:r>
    </w:p>
    <w:p w14:paraId="3F83E7F5" w14:textId="77777777" w:rsidR="002B6931" w:rsidRDefault="007C17EE">
      <w:r>
        <w:t>[00:39:41] David Osher: Y si estoy en lo cierto al retomar los temas que mencionaste antes sobre la reflexión y escuchar las voces de los demás y su experiencia, si las familias y los jóvenes están en la mesa de una manera que les permita [00:40:00] expresarse y ser escuchados, entonces lo que a menudo se considera consecuencias imprevistas en realidad son previsibles.</w:t>
      </w:r>
    </w:p>
    <w:p w14:paraId="426684FC" w14:textId="77777777" w:rsidR="002B6931" w:rsidRDefault="007C17EE">
      <w:r>
        <w:t>[00:40:12] S.</w:t>
      </w:r>
    </w:p>
    <w:p w14:paraId="72088F5C" w14:textId="77777777" w:rsidR="002B6931" w:rsidRDefault="007C17EE">
      <w:r>
        <w:t>Kwesi Rollins: Así es.</w:t>
      </w:r>
    </w:p>
    <w:p w14:paraId="4D70B821" w14:textId="77777777" w:rsidR="002B6931" w:rsidRDefault="007C17EE">
      <w:r>
        <w:t>No, creo que es correcto.</w:t>
      </w:r>
    </w:p>
    <w:p w14:paraId="78549FA1" w14:textId="77777777" w:rsidR="002B6931" w:rsidRDefault="007C17EE">
      <w:r>
        <w:t>Sí, porque si solo eres...</w:t>
      </w:r>
    </w:p>
    <w:p w14:paraId="617CD4EE" w14:textId="77777777" w:rsidR="002B6931" w:rsidRDefault="007C17EE">
      <w:r>
        <w:t>Si no escuchas a todos los que tienen algo en juego, podrías tener suerte y encontrar la solución correcta.</w:t>
      </w:r>
    </w:p>
    <w:p w14:paraId="0D018874" w14:textId="77777777" w:rsidR="002B6931" w:rsidRDefault="007C17EE">
      <w:r>
        <w:t>Sí.</w:t>
      </w:r>
    </w:p>
    <w:p w14:paraId="0EDC8364" w14:textId="77777777" w:rsidR="002B6931" w:rsidRDefault="007C17EE">
      <w:r>
        <w:t>Pero, en la mayoría de los casos, te falta algo.</w:t>
      </w:r>
    </w:p>
    <w:p w14:paraId="3CA93E1D" w14:textId="77777777" w:rsidR="002B6931" w:rsidRDefault="007C17EE">
      <w:r>
        <w:lastRenderedPageBreak/>
        <w:t>[00:40:25] David Osher: Así es.</w:t>
      </w:r>
    </w:p>
    <w:p w14:paraId="43C0AD82" w14:textId="77777777" w:rsidR="002B6931" w:rsidRDefault="007C17EE">
      <w:r>
        <w:t>[00:40:26] S.</w:t>
      </w:r>
    </w:p>
    <w:p w14:paraId="51CD3F4C" w14:textId="77777777" w:rsidR="002B6931" w:rsidRDefault="007C17EE">
      <w:r>
        <w:t>Kwesi Rollins: Y te falta una voz crítica, una perspectiva crítica, otra forma de verlo.</w:t>
      </w:r>
    </w:p>
    <w:p w14:paraId="4A02361A" w14:textId="77777777" w:rsidR="002B6931" w:rsidRDefault="007C17EE">
      <w:r>
        <w:t>O, francamente, porque, sobre todo para las comunidades históricamente marginadas, se hacen muchas cosas en su nombre, pero no con ellas.</w:t>
      </w:r>
    </w:p>
    <w:p w14:paraId="51E26813" w14:textId="77777777" w:rsidR="002B6931" w:rsidRDefault="007C17EE">
      <w:r>
        <w:t>Y así, en la mayoría de los casos, esa es una receta para el desastre.</w:t>
      </w:r>
    </w:p>
    <w:p w14:paraId="75BF7891" w14:textId="77777777" w:rsidR="002B6931" w:rsidRDefault="007C17EE">
      <w:r>
        <w:t>[00:40:47] David Osher: Y la voz, y escuchar voces incluso incluye escuchar las voces de todos.</w:t>
      </w:r>
    </w:p>
    <w:p w14:paraId="4D814072" w14:textId="77777777" w:rsidR="002B6931" w:rsidRDefault="007C17EE">
      <w:r>
        <w:t xml:space="preserve">Es importante que alguien pueda decir: "Es genial tener la comida, pero no puedo pagarla". </w:t>
      </w:r>
      <w:r>
        <w:br/>
        <w:t>Porque de lo contrario... Claro... tienes este plan maravilloso, y resulta que no hay comida.</w:t>
      </w:r>
    </w:p>
    <w:p w14:paraId="7292334C" w14:textId="77777777" w:rsidR="002B6931" w:rsidRDefault="007C17EE">
      <w:r>
        <w:t>[00:41:03] S.</w:t>
      </w:r>
    </w:p>
    <w:p w14:paraId="6DC6DB4D" w14:textId="77777777" w:rsidR="002B6931" w:rsidRDefault="007C17EE">
      <w:r>
        <w:t>Kwesi Rollins: No hay comida.</w:t>
      </w:r>
    </w:p>
    <w:p w14:paraId="00D7FA02" w14:textId="77777777" w:rsidR="002B6931" w:rsidRDefault="007C17EE">
      <w:r>
        <w:t>Así que mi trabajo ha consistido en aportar valor añadido a los esfuerzos de las personas, en ayudar a potenciar sus capacidades, desarrollarlas, compartir conocimientos y brindarles oportunidades para aprender de sus compañeros.</w:t>
      </w:r>
    </w:p>
    <w:p w14:paraId="789EDAE4" w14:textId="77777777" w:rsidR="002B6931" w:rsidRDefault="007C17EE">
      <w:r>
        <w:t>Y eso es bueno.</w:t>
      </w:r>
    </w:p>
    <w:p w14:paraId="01405791" w14:textId="77777777" w:rsidR="002B6931" w:rsidRDefault="007C17EE">
      <w:r>
        <w:t>Para mí, personalmente, ha sido un trabajo maravilloso que realmente ha aportado valor a otros esfuerzos.</w:t>
      </w:r>
    </w:p>
    <w:p w14:paraId="1C6C028F" w14:textId="77777777" w:rsidR="002B6931" w:rsidRDefault="007C17EE">
      <w:r>
        <w:t>Yo no soy...</w:t>
      </w:r>
    </w:p>
    <w:p w14:paraId="76AAFA38" w14:textId="77777777" w:rsidR="002B6931" w:rsidRDefault="007C17EE">
      <w:r>
        <w:t>Ha pasado mucho tiempo desde que estuve directamente involucrado en el gobierno municipal, liderando el tipo de iniciativa que ahora intento impulsar y apoyar.</w:t>
      </w:r>
    </w:p>
    <w:p w14:paraId="184E2C9F" w14:textId="77777777" w:rsidR="002B6931" w:rsidRDefault="007C17EE">
      <w:r>
        <w:t>Creo que la gran pieza que falta ahora es todo el tema de la colaboración y la asociación profunda como capacidades.</w:t>
      </w:r>
    </w:p>
    <w:p w14:paraId="0A128BA2" w14:textId="77777777" w:rsidR="002B6931" w:rsidRDefault="007C17EE">
      <w:r>
        <w:t>Y así, la gente puede aprender a hacerlo mejor.</w:t>
      </w:r>
    </w:p>
    <w:p w14:paraId="04837E5A" w14:textId="77777777" w:rsidR="002B6931" w:rsidRDefault="007C17EE">
      <w:r>
        <w:t>Tenemos más pruebas sobre cómo se ve eso.</w:t>
      </w:r>
    </w:p>
    <w:p w14:paraId="4392F486" w14:textId="77777777" w:rsidR="002B6931" w:rsidRDefault="007C17EE">
      <w:r>
        <w:t>Las personas pueden aprender qué se necesita para involucrar mejor a las familias, ese impulso adicional.</w:t>
      </w:r>
    </w:p>
    <w:p w14:paraId="77BB8A80" w14:textId="77777777" w:rsidR="002B6931" w:rsidRDefault="007C17EE">
      <w:r>
        <w:t>Y de nuevo, es ahí donde realmente uso este tipo de lenguaje ahora porque la gente [00:42:00] puede ver que, es ahí donde está la brecha entre la práctica y los valores declarados.</w:t>
      </w:r>
    </w:p>
    <w:p w14:paraId="70BD37D3" w14:textId="77777777" w:rsidR="002B6931" w:rsidRDefault="007C17EE">
      <w:r>
        <w:lastRenderedPageBreak/>
        <w:t>Ahí es donde tenemos que trabajar, y en esa brecha, la superamos mediante el desarrollo de capacidades, la intención, la reflexión, la honestidad, los nuevos sistemas y las estructuras.</w:t>
      </w:r>
    </w:p>
    <w:p w14:paraId="26138613" w14:textId="77777777" w:rsidR="002B6931" w:rsidRDefault="007C17EE">
      <w:r>
        <w:t>Así es como se aborda esa brecha, y cuando no se hace eso, siempre se le presta atención superficial a la idea.</w:t>
      </w:r>
    </w:p>
    <w:p w14:paraId="560B5A72" w14:textId="77777777" w:rsidR="002B6931" w:rsidRDefault="007C17EE">
      <w:r>
        <w:t>Y entonces todos nosotros, como organizaciones, tenemos que defender que incluso para nosotros, valoramos profundamente la voz de las familias, pero tenemos que averiguar cómo recaudar dinero para conseguirla; si queremos tener la voz de la familia, tenemos que recaudar dinero porque tengo un presupuesto y puedo viajar.</w:t>
      </w:r>
    </w:p>
    <w:p w14:paraId="0C99B590" w14:textId="77777777" w:rsidR="002B6931" w:rsidRDefault="007C17EE">
      <w:r>
        <w:t>Las familias no tienen presupuesto, no pueden salir, no pueden acceder a ciertas cosas.</w:t>
      </w:r>
    </w:p>
    <w:p w14:paraId="7FD7093C" w14:textId="77777777" w:rsidR="002B6931" w:rsidRDefault="007C17EE">
      <w:r>
        <w:t>No pueden faltar al trabajo.</w:t>
      </w:r>
    </w:p>
    <w:p w14:paraId="778A3E47" w14:textId="77777777" w:rsidR="002B6931" w:rsidRDefault="007C17EE">
      <w:r>
        <w:t>Hay todos estos problemas.</w:t>
      </w:r>
    </w:p>
    <w:p w14:paraId="0D8410D3" w14:textId="77777777" w:rsidR="002B6931" w:rsidRDefault="007C17EE">
      <w:r>
        <w:t>Lo mismo ocurre con los jóvenes.</w:t>
      </w:r>
    </w:p>
    <w:p w14:paraId="1E8618D7" w14:textId="77777777" w:rsidR="002B6931" w:rsidRDefault="007C17EE">
      <w:r>
        <w:t>Tenemos que hacer más para asegurarnos de que realmente tengan una voz significativa en la mesa, y tenemos que ser claros sobre lo que eso significa, así que por supuesto tienes que estar en relación con la gente para [00:43:00] entender qué es eso y no solo hacer suposiciones.</w:t>
      </w:r>
    </w:p>
    <w:p w14:paraId="1973ADB3" w14:textId="77777777" w:rsidR="002B6931" w:rsidRDefault="007C17EE">
      <w:r>
        <w:t>Pero saben qué, en la práctica anterior, lo que hemos hecho es básicamente casi un mero simbolismo, donde simplemente se les da a las personas algunos puestos y luego se las deja en la parte profunda de la piscina y se espera que prosperen de alguna manera con todas estas otras personas que son veteranos experimentados en lo que sea.</w:t>
      </w:r>
    </w:p>
    <w:p w14:paraId="05DB6B58" w14:textId="77777777" w:rsidR="002B6931" w:rsidRDefault="007C17EE">
      <w:r>
        <w:t>Y creo que esa es la gran diferencia después de tantos años.</w:t>
      </w:r>
    </w:p>
    <w:p w14:paraId="4DB1D51A" w14:textId="77777777" w:rsidR="002B6931" w:rsidRDefault="007C17EE">
      <w:r>
        <w:t>Creo que contamos con más información y evidencia de otros campos que respaldan estos conceptos relacionados con la colaboración.</w:t>
      </w:r>
    </w:p>
    <w:p w14:paraId="3A4920E2" w14:textId="77777777" w:rsidR="002B6931" w:rsidRDefault="007C17EE">
      <w:r>
        <w:t>Siempre ha sido una buena idea colaborar, pero ahora sabemos mucho más sobre lo que se necesita para hacerlo bien y para que sea sostenible.</w:t>
      </w:r>
    </w:p>
    <w:p w14:paraId="227F6129" w14:textId="77777777" w:rsidR="002B6931" w:rsidRDefault="007C17EE">
      <w:r>
        <w:t>[00:43:42] David Osher: Eso es genial, Kwesi, y de hecho se conecta con eventos posteriores del podcast porque el siguiente que trata sobre Cleveland y la UCLA Community School y los elementos fundamentales del cambio efectivo [00:44:00], y el que le sigue que se centra en la preparación, desarrollarán más estos puntos realmente importantes que estás mencionando.</w:t>
      </w:r>
    </w:p>
    <w:p w14:paraId="0BBF1A52" w14:textId="77777777" w:rsidR="002B6931" w:rsidRDefault="007C17EE">
      <w:r>
        <w:t>No basta con tener un valor.</w:t>
      </w:r>
    </w:p>
    <w:p w14:paraId="3D6166A6" w14:textId="77777777" w:rsidR="002B6931" w:rsidRDefault="007C17EE">
      <w:r>
        <w:t>No basta con hablar de la necesidad de colaboración o de la necesidad de que las familias y los jóvenes estén presentes en la toma de decisiones.</w:t>
      </w:r>
    </w:p>
    <w:p w14:paraId="5CABC43F" w14:textId="77777777" w:rsidR="002B6931" w:rsidRDefault="007C17EE">
      <w:r>
        <w:lastRenderedPageBreak/>
        <w:t>Se trata de desarrollar esa capacidad.</w:t>
      </w:r>
    </w:p>
    <w:p w14:paraId="44948BD7" w14:textId="77777777" w:rsidR="002B6931" w:rsidRDefault="007C17EE">
      <w:r>
        <w:t>[00:44:21] S.</w:t>
      </w:r>
    </w:p>
    <w:p w14:paraId="11C5809D" w14:textId="77777777" w:rsidR="002B6931" w:rsidRDefault="007C17EE">
      <w:r>
        <w:t>Kwesi Rollins: Sí...</w:t>
      </w:r>
    </w:p>
    <w:p w14:paraId="60E3C1C7" w14:textId="77777777" w:rsidR="002B6931" w:rsidRDefault="007C17EE">
      <w:r>
        <w:t>[00:44:21] David Osher: y creando las condiciones para que sean reales.</w:t>
      </w:r>
    </w:p>
    <w:p w14:paraId="1C8DD8B8" w14:textId="77777777" w:rsidR="002B6931" w:rsidRDefault="007C17EE">
      <w:r>
        <w:t>Para concluir, permítanme preguntarles: si soy un líder comunitario, un líder escolar o alguien que trabaja en una escuela o en una organización comunitaria y quiero poner en práctica lo que están diciendo ahora mismo, ¿qué cosas podría hacer en este momento, sin importar las presiones a las que me enfrente?</w:t>
      </w:r>
    </w:p>
    <w:p w14:paraId="08BFD421" w14:textId="77777777" w:rsidR="002B6931" w:rsidRDefault="007C17EE">
      <w:r>
        <w:t>[00:44:56] S.</w:t>
      </w:r>
    </w:p>
    <w:p w14:paraId="42399BD4" w14:textId="77777777" w:rsidR="002B6931" w:rsidRDefault="007C17EE">
      <w:r>
        <w:t>Kwesi Rollins: Sí.</w:t>
      </w:r>
    </w:p>
    <w:p w14:paraId="371BE371" w14:textId="77777777" w:rsidR="002B6931" w:rsidRDefault="007C17EE">
      <w:r>
        <w:t>Cómo,</w:t>
      </w:r>
    </w:p>
    <w:p w14:paraId="43F12E35" w14:textId="77777777" w:rsidR="002B6931" w:rsidRDefault="007C17EE">
      <w:r>
        <w:t>[00:44:57] David Osher: ¿Cuáles son los frutos fáciles de alcanzar que [00:45:00] debería buscar?</w:t>
      </w:r>
    </w:p>
    <w:p w14:paraId="16867E06" w14:textId="77777777" w:rsidR="002B6931" w:rsidRDefault="007C17EE">
      <w:r>
        <w:t>[00:45:01] S.</w:t>
      </w:r>
    </w:p>
    <w:p w14:paraId="409D6CB1" w14:textId="77777777" w:rsidR="002B6931" w:rsidRDefault="007C17EE">
      <w:r>
        <w:t>Kwesi Rollins: Sí, creo que sí, y de nuevo, realmente depende de en qué punto de tu trabajo te encuentres, en tu agencia, etcétera.</w:t>
      </w:r>
    </w:p>
    <w:p w14:paraId="725FAB33" w14:textId="77777777" w:rsidR="002B6931" w:rsidRDefault="007C17EE">
      <w:r>
        <w:t>Creo que es necesario un análisis profundo de cuáles son sus estrategias actuales, qué está funcionando y qué no, con quién podría trabajar o dialogar para tal vez lograr un cambio significativo, incluso si es fuera de los canales oficiales.</w:t>
      </w:r>
    </w:p>
    <w:p w14:paraId="5B37A8C1" w14:textId="77777777" w:rsidR="002B6931" w:rsidRDefault="007C17EE">
      <w:r>
        <w:t>¿Qué riesgo estás dispuesto a correr para decir: "Oye, tío, podríamos...</w:t>
      </w:r>
    </w:p>
    <w:p w14:paraId="0151DD3E" w14:textId="77777777" w:rsidR="002B6931" w:rsidRDefault="007C17EE">
      <w:r>
        <w:t>Si yo, si pudiéramos tener una relación con esta organización, eso podría ayudarnos a pasar al siguiente nivel." Pero, ¿cómo sería iniciar una conversación sin esperar permiso para hacerlo?</w:t>
      </w:r>
    </w:p>
    <w:p w14:paraId="3CA140EE" w14:textId="77777777" w:rsidR="002B6931" w:rsidRDefault="007C17EE">
      <w:r>
        <w:t>No estoy sugiriendo que la gente salga y arriesgue sus trabajos, pero gran parte de esto tiene que ver con ser creativo con lo que uno tiene y ser honesto sobre qué, qué resultados se están obteniendo y por qué, y qué se podría hacer de manera diferente con la energía, el tiempo y la posición.</w:t>
      </w:r>
    </w:p>
    <w:p w14:paraId="1144C727" w14:textId="77777777" w:rsidR="002B6931" w:rsidRDefault="007C17EE">
      <w:r>
        <w:t>Creo que ahí es donde yo empezaría.</w:t>
      </w:r>
    </w:p>
    <w:p w14:paraId="1698D632" w14:textId="77777777" w:rsidR="002B6931" w:rsidRDefault="007C17EE">
      <w:r>
        <w:t>Ahí es donde siempre he estado, [00:46:00] y he estado...</w:t>
      </w:r>
    </w:p>
    <w:p w14:paraId="005E0A65" w14:textId="77777777" w:rsidR="002B6931" w:rsidRDefault="007C17EE">
      <w:r>
        <w:lastRenderedPageBreak/>
        <w:t>Llevo una larga trayectoria profesional, pero siempre se ha tratado de comunicarme con personas afines que comparten valores similares, y también de intentar marcar la diferencia con mi tiempo, sin limitarme a cobrar un sueldo y sin preocuparme demasiado por ello.</w:t>
      </w:r>
    </w:p>
    <w:p w14:paraId="32C16A15" w14:textId="77777777" w:rsidR="002B6931" w:rsidRDefault="007C17EE">
      <w:r>
        <w:t>Creo que es importante rodearse de personas que no necesariamente piensen como uno, pero que estén comprometidas con su trabajo y con el cambio, personas de las que se pueda aprender.</w:t>
      </w:r>
    </w:p>
    <w:p w14:paraId="410F739C" w14:textId="77777777" w:rsidR="002B6931" w:rsidRDefault="007C17EE">
      <w:r>
        <w:t>Ya no se habla tanto de los aprendices de por vida.</w:t>
      </w:r>
    </w:p>
    <w:p w14:paraId="08D2F095" w14:textId="77777777" w:rsidR="002B6931" w:rsidRDefault="007C17EE">
      <w:r>
        <w:t>He sido una persona que ha aprendido durante toda su vida.</w:t>
      </w:r>
    </w:p>
    <w:p w14:paraId="1F642D7E" w14:textId="77777777" w:rsidR="002B6931" w:rsidRDefault="007C17EE">
      <w:r>
        <w:t xml:space="preserve">Siempre me ha gustado estar en entornos donde puedo aprender cosas nuevas, </w:t>
      </w:r>
      <w:r>
        <w:br/>
        <w:t>donde me pueden exigir, donde puedo pensar de forma diferente.</w:t>
      </w:r>
    </w:p>
    <w:p w14:paraId="6131F870" w14:textId="77777777" w:rsidR="002B6931" w:rsidRDefault="007C17EE">
      <w:r>
        <w:t>Y yo aporto algo a esas conversaciones hoy, pero también estoy ahí, oh, no lo había pensado de esa manera, ¿y con quién podría dialogar? Sí... para impulsar mi propio pensamiento y tener, hablamos de mentalidad de crecimiento, pero eso es lo que es.</w:t>
      </w:r>
    </w:p>
    <w:p w14:paraId="5514CD55" w14:textId="77777777" w:rsidR="002B6931" w:rsidRDefault="007C17EE">
      <w:r>
        <w:t>Es como preguntarse: ¿qué necesito saber para mejorar? ¿Con quién puedo estar? ¿De quién puedo aprender?</w:t>
      </w:r>
    </w:p>
    <w:p w14:paraId="1A161E42" w14:textId="77777777" w:rsidR="002B6931" w:rsidRDefault="007C17EE">
      <w:r>
        <w:t>Consigue algunos [00:47:00] mentores.</w:t>
      </w:r>
    </w:p>
    <w:p w14:paraId="5D937E6D" w14:textId="77777777" w:rsidR="002B6931" w:rsidRDefault="007C17EE">
      <w:r>
        <w:t>Sé mentor de algunas personas y busca mentores.</w:t>
      </w:r>
    </w:p>
    <w:p w14:paraId="7E65FB21" w14:textId="77777777" w:rsidR="002B6931" w:rsidRDefault="007C17EE">
      <w:r>
        <w:t>[00:47:05] David Osher: Genial.</w:t>
      </w:r>
    </w:p>
    <w:p w14:paraId="29601188" w14:textId="77777777" w:rsidR="002B6931" w:rsidRDefault="007C17EE">
      <w:r>
        <w:t>Muchas gracias.</w:t>
      </w:r>
    </w:p>
    <w:p w14:paraId="658D6180" w14:textId="77777777" w:rsidR="002B6931" w:rsidRDefault="007C17EE">
      <w:r>
        <w:t>Esto es realmente maravilloso.</w:t>
      </w:r>
    </w:p>
    <w:p w14:paraId="7BE25632" w14:textId="77777777" w:rsidR="002B6931" w:rsidRDefault="007C17EE">
      <w:r>
        <w:t>[00:47:09] Orador 5: Hay [00:48:00] un</w:t>
      </w:r>
    </w:p>
    <w:sectPr w:rsidR="002B6931" w:rsidSect="004518DF">
      <w:headerReference w:type="default" r:id="rId8"/>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F36FCDE" w14:textId="77777777" w:rsidR="00F5067C" w:rsidRDefault="00F5067C" w:rsidP="004518DF">
      <w:pPr>
        <w:spacing w:after="0" w:line="240" w:lineRule="auto"/>
      </w:pPr>
      <w:r>
        <w:separator/>
      </w:r>
    </w:p>
  </w:endnote>
  <w:endnote w:type="continuationSeparator" w:id="0">
    <w:p w14:paraId="1180CF9A" w14:textId="77777777" w:rsidR="00F5067C" w:rsidRDefault="00F5067C" w:rsidP="00451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04994318"/>
      <w:docPartObj>
        <w:docPartGallery w:val="Page Numbers (Bottom of Page)"/>
        <w:docPartUnique/>
      </w:docPartObj>
    </w:sdtPr>
    <w:sdtEndPr>
      <w:rPr>
        <w:rStyle w:val="PageNumber"/>
      </w:rPr>
    </w:sdtEndPr>
    <w:sdtContent>
      <w:p w14:paraId="4CD672C9" w14:textId="0D3AB995" w:rsidR="004518DF" w:rsidRDefault="004518DF"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ABE0A9" w14:textId="77777777" w:rsidR="004518DF" w:rsidRDefault="004518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01969236"/>
      <w:docPartObj>
        <w:docPartGallery w:val="Page Numbers (Bottom of Page)"/>
        <w:docPartUnique/>
      </w:docPartObj>
    </w:sdtPr>
    <w:sdtEndPr>
      <w:rPr>
        <w:rStyle w:val="PageNumber"/>
      </w:rPr>
    </w:sdtEndPr>
    <w:sdtContent>
      <w:p w14:paraId="1684B56C" w14:textId="005BEB84" w:rsidR="004518DF" w:rsidRDefault="004518DF"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8169CA7" w14:textId="77777777" w:rsidR="004518DF" w:rsidRDefault="004518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780FF8" w14:textId="77777777" w:rsidR="00F5067C" w:rsidRDefault="00F5067C" w:rsidP="004518DF">
      <w:pPr>
        <w:spacing w:after="0" w:line="240" w:lineRule="auto"/>
      </w:pPr>
      <w:r>
        <w:separator/>
      </w:r>
    </w:p>
  </w:footnote>
  <w:footnote w:type="continuationSeparator" w:id="0">
    <w:p w14:paraId="434987CC" w14:textId="77777777" w:rsidR="00F5067C" w:rsidRDefault="00F5067C" w:rsidP="00451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BF2B3" w14:textId="77777777" w:rsidR="004518DF" w:rsidRPr="004518DF" w:rsidRDefault="004518DF" w:rsidP="004518DF">
    <w:pPr>
      <w:rPr>
        <w:color w:val="4F81BD" w:themeColor="accent1"/>
        <w:sz w:val="28"/>
        <w:szCs w:val="28"/>
      </w:rPr>
    </w:pPr>
    <w:r w:rsidRPr="004518DF">
      <w:rPr>
        <w:color w:val="4F81BD" w:themeColor="accent1"/>
        <w:sz w:val="28"/>
        <w:szCs w:val="28"/>
      </w:rPr>
      <w:t>Conversación con Kwesi Rollins y David Osher, Parte H.</w:t>
    </w:r>
  </w:p>
  <w:p w14:paraId="2CCFCEF7" w14:textId="11150894" w:rsidR="004518DF" w:rsidRDefault="004518DF">
    <w:pPr>
      <w:pStyle w:val="Header"/>
    </w:pPr>
    <w:r>
      <w:t>________________________________________________________________________________</w:t>
    </w:r>
  </w:p>
  <w:p w14:paraId="6D6362E4" w14:textId="77777777" w:rsidR="004518DF" w:rsidRDefault="00451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5906918">
    <w:abstractNumId w:val="8"/>
  </w:num>
  <w:num w:numId="2" w16cid:durableId="1471636242">
    <w:abstractNumId w:val="6"/>
  </w:num>
  <w:num w:numId="3" w16cid:durableId="1930196160">
    <w:abstractNumId w:val="5"/>
  </w:num>
  <w:num w:numId="4" w16cid:durableId="1559391172">
    <w:abstractNumId w:val="4"/>
  </w:num>
  <w:num w:numId="5" w16cid:durableId="1324816115">
    <w:abstractNumId w:val="7"/>
  </w:num>
  <w:num w:numId="6" w16cid:durableId="855776566">
    <w:abstractNumId w:val="3"/>
  </w:num>
  <w:num w:numId="7" w16cid:durableId="311105431">
    <w:abstractNumId w:val="2"/>
  </w:num>
  <w:num w:numId="8" w16cid:durableId="1360665173">
    <w:abstractNumId w:val="1"/>
  </w:num>
  <w:num w:numId="9" w16cid:durableId="1493235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2B6931"/>
    <w:rsid w:val="00326F90"/>
    <w:rsid w:val="004518DF"/>
    <w:rsid w:val="007C17EE"/>
    <w:rsid w:val="00840482"/>
    <w:rsid w:val="00AA1D8D"/>
    <w:rsid w:val="00B47730"/>
    <w:rsid w:val="00B8657C"/>
    <w:rsid w:val="00CB0664"/>
    <w:rsid w:val="00F5067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F89FA5"/>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451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7865</Words>
  <Characters>39325</Characters>
  <Application>Microsoft Office Word</Application>
  <DocSecurity>0</DocSecurity>
  <Lines>771</Lines>
  <Paragraphs>491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46699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2026-08-03T18:31:00Z</dcterms:created>
  <dcterms:modified xsi:type="dcterms:W3CDTF">2026-08-03T18:31:00Z</dcterms:modified>
  <cp:category/>
</cp:coreProperties>
</file>